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25EB02" w14:textId="77777777" w:rsidR="00EA0F8D" w:rsidRDefault="00000000">
      <w:pPr>
        <w:spacing w:before="40" w:after="40"/>
      </w:pPr>
      <w:r>
        <w:rPr>
          <w:b/>
          <w:color w:val="ED7102"/>
          <w:sz w:val="36"/>
        </w:rPr>
        <w:t>Application Form</w:t>
      </w:r>
    </w:p>
    <w:p w14:paraId="34B58D22" w14:textId="77777777" w:rsidR="00EA0F8D" w:rsidRDefault="00000000">
      <w:pPr>
        <w:spacing w:after="120"/>
      </w:pPr>
      <w:r>
        <w:rPr>
          <w:color w:val="0084B6"/>
          <w:sz w:val="24"/>
        </w:rPr>
        <w:t>Recruitment</w:t>
      </w:r>
    </w:p>
    <w:p w14:paraId="33F43049" w14:textId="77777777" w:rsidR="00EA0F8D" w:rsidRDefault="00EA0F8D">
      <w:pPr>
        <w:pBdr>
          <w:bottom w:val="single" w:sz="6" w:space="1" w:color="ED7102"/>
        </w:pBdr>
        <w:spacing w:before="40" w:after="160"/>
      </w:pPr>
    </w:p>
    <w:p w14:paraId="39ED3FAE" w14:textId="77777777" w:rsidR="00EA0F8D" w:rsidRDefault="00000000">
      <w:pPr>
        <w:spacing w:after="160"/>
      </w:pPr>
      <w:r>
        <w:rPr>
          <w:sz w:val="20"/>
        </w:rPr>
        <w:t>Thank you for your interest in working at BeyondAutism. Please complete all sections of this form. We welcome applications from autistic and disabled candidates and from people of all backgrounds, and we will make reasonable adjustments to our recruitment process on request.</w:t>
      </w:r>
    </w:p>
    <w:p w14:paraId="5DB0C3E9" w14:textId="77777777" w:rsidR="00EA0F8D" w:rsidRDefault="00000000">
      <w:pPr>
        <w:spacing w:before="200" w:after="80"/>
      </w:pPr>
      <w:r>
        <w:rPr>
          <w:b/>
          <w:color w:val="0084B6"/>
          <w:sz w:val="24"/>
        </w:rPr>
        <w:t>The role</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219"/>
        <w:gridCol w:w="5971"/>
      </w:tblGrid>
      <w:tr w:rsidR="00EA0F8D" w14:paraId="4D97B301" w14:textId="77777777">
        <w:trPr>
          <w:trHeight w:val="454"/>
        </w:trPr>
        <w:tc>
          <w:tcPr>
            <w:tcW w:w="4219" w:type="dxa"/>
            <w:vAlign w:val="center"/>
          </w:tcPr>
          <w:p w14:paraId="6158A958" w14:textId="77777777" w:rsidR="00EA0F8D" w:rsidRDefault="00000000">
            <w:pPr>
              <w:spacing w:after="0"/>
            </w:pPr>
            <w:r>
              <w:rPr>
                <w:sz w:val="20"/>
              </w:rPr>
              <w:t>Position applied for</w:t>
            </w:r>
          </w:p>
        </w:tc>
        <w:tc>
          <w:tcPr>
            <w:tcW w:w="5971" w:type="dxa"/>
          </w:tcPr>
          <w:p w14:paraId="21657DCC" w14:textId="77777777" w:rsidR="00EA0F8D" w:rsidRDefault="00EA0F8D">
            <w:pPr>
              <w:spacing w:after="0"/>
            </w:pPr>
          </w:p>
        </w:tc>
      </w:tr>
      <w:tr w:rsidR="00EA0F8D" w14:paraId="0AC1507F" w14:textId="77777777">
        <w:trPr>
          <w:trHeight w:val="454"/>
        </w:trPr>
        <w:tc>
          <w:tcPr>
            <w:tcW w:w="4219" w:type="dxa"/>
            <w:vAlign w:val="center"/>
          </w:tcPr>
          <w:p w14:paraId="4FBB1A88" w14:textId="77777777" w:rsidR="00EA0F8D" w:rsidRDefault="00000000">
            <w:pPr>
              <w:spacing w:after="0"/>
            </w:pPr>
            <w:r>
              <w:rPr>
                <w:sz w:val="20"/>
              </w:rPr>
              <w:t>Availability / earliest start date (notice period)</w:t>
            </w:r>
          </w:p>
        </w:tc>
        <w:tc>
          <w:tcPr>
            <w:tcW w:w="5971" w:type="dxa"/>
          </w:tcPr>
          <w:p w14:paraId="57F5C632" w14:textId="77777777" w:rsidR="00EA0F8D" w:rsidRDefault="00EA0F8D">
            <w:pPr>
              <w:spacing w:after="0"/>
            </w:pPr>
          </w:p>
        </w:tc>
      </w:tr>
      <w:tr w:rsidR="00EA0F8D" w14:paraId="17333E03" w14:textId="77777777">
        <w:trPr>
          <w:trHeight w:val="454"/>
        </w:trPr>
        <w:tc>
          <w:tcPr>
            <w:tcW w:w="4219" w:type="dxa"/>
            <w:vAlign w:val="center"/>
          </w:tcPr>
          <w:p w14:paraId="3539D3EE" w14:textId="77777777" w:rsidR="00EA0F8D" w:rsidRDefault="00000000">
            <w:pPr>
              <w:spacing w:after="0"/>
            </w:pPr>
            <w:r>
              <w:rPr>
                <w:sz w:val="20"/>
              </w:rPr>
              <w:t>Where did you see this role advertised?</w:t>
            </w:r>
          </w:p>
        </w:tc>
        <w:tc>
          <w:tcPr>
            <w:tcW w:w="5971" w:type="dxa"/>
          </w:tcPr>
          <w:p w14:paraId="0684295B" w14:textId="77777777" w:rsidR="00EA0F8D" w:rsidRDefault="00EA0F8D">
            <w:pPr>
              <w:spacing w:after="0"/>
            </w:pPr>
          </w:p>
        </w:tc>
      </w:tr>
      <w:tr w:rsidR="00EA0F8D" w14:paraId="3B71C3F8" w14:textId="77777777">
        <w:trPr>
          <w:trHeight w:val="454"/>
        </w:trPr>
        <w:tc>
          <w:tcPr>
            <w:tcW w:w="4219" w:type="dxa"/>
            <w:vAlign w:val="center"/>
          </w:tcPr>
          <w:p w14:paraId="23DEA42D" w14:textId="77777777" w:rsidR="00EA0F8D" w:rsidRDefault="00000000">
            <w:pPr>
              <w:spacing w:after="0"/>
            </w:pPr>
            <w:r>
              <w:rPr>
                <w:sz w:val="20"/>
              </w:rPr>
              <w:t>If a BeyondAutism staff member referred you, their name and your relationship</w:t>
            </w:r>
          </w:p>
        </w:tc>
        <w:tc>
          <w:tcPr>
            <w:tcW w:w="5971" w:type="dxa"/>
          </w:tcPr>
          <w:p w14:paraId="2F4D16D5" w14:textId="77777777" w:rsidR="00EA0F8D" w:rsidRDefault="00EA0F8D">
            <w:pPr>
              <w:spacing w:after="0"/>
            </w:pPr>
          </w:p>
        </w:tc>
      </w:tr>
      <w:tr w:rsidR="00EA0F8D" w14:paraId="080CEDBA" w14:textId="77777777">
        <w:trPr>
          <w:trHeight w:val="454"/>
        </w:trPr>
        <w:tc>
          <w:tcPr>
            <w:tcW w:w="4219" w:type="dxa"/>
            <w:vAlign w:val="center"/>
          </w:tcPr>
          <w:p w14:paraId="1677CBBA" w14:textId="77777777" w:rsidR="00EA0F8D" w:rsidRDefault="00000000">
            <w:pPr>
              <w:spacing w:after="0"/>
            </w:pPr>
            <w:r>
              <w:rPr>
                <w:sz w:val="20"/>
              </w:rPr>
              <w:t>Are you related to any employee or Trustee of BeyondAutism?</w:t>
            </w:r>
          </w:p>
        </w:tc>
        <w:tc>
          <w:tcPr>
            <w:tcW w:w="5971" w:type="dxa"/>
          </w:tcPr>
          <w:p w14:paraId="0CCF4EC1" w14:textId="77777777" w:rsidR="00EA0F8D" w:rsidRDefault="00000000">
            <w:pPr>
              <w:spacing w:after="0"/>
            </w:pPr>
            <w:r>
              <w:rPr>
                <w:color w:val="ED7102"/>
              </w:rPr>
              <w:t xml:space="preserve">☐  </w:t>
            </w:r>
            <w:r>
              <w:rPr>
                <w:sz w:val="20"/>
              </w:rPr>
              <w:t xml:space="preserve">Yes      </w:t>
            </w:r>
            <w:r>
              <w:rPr>
                <w:color w:val="ED7102"/>
              </w:rPr>
              <w:t xml:space="preserve">☐  </w:t>
            </w:r>
            <w:r>
              <w:rPr>
                <w:sz w:val="20"/>
              </w:rPr>
              <w:t>No</w:t>
            </w:r>
          </w:p>
        </w:tc>
      </w:tr>
      <w:tr w:rsidR="00EA0F8D" w14:paraId="43741A42" w14:textId="77777777">
        <w:trPr>
          <w:trHeight w:val="454"/>
        </w:trPr>
        <w:tc>
          <w:tcPr>
            <w:tcW w:w="4219" w:type="dxa"/>
            <w:vAlign w:val="center"/>
          </w:tcPr>
          <w:p w14:paraId="7308A11B" w14:textId="77777777" w:rsidR="00EA0F8D" w:rsidRDefault="00000000">
            <w:pPr>
              <w:spacing w:after="0"/>
            </w:pPr>
            <w:r>
              <w:rPr>
                <w:sz w:val="20"/>
              </w:rPr>
              <w:t>If yes, their name and your relationship</w:t>
            </w:r>
          </w:p>
        </w:tc>
        <w:tc>
          <w:tcPr>
            <w:tcW w:w="5971" w:type="dxa"/>
          </w:tcPr>
          <w:p w14:paraId="2D196CEA" w14:textId="77777777" w:rsidR="00EA0F8D" w:rsidRDefault="00EA0F8D">
            <w:pPr>
              <w:spacing w:after="0"/>
            </w:pPr>
          </w:p>
        </w:tc>
      </w:tr>
    </w:tbl>
    <w:p w14:paraId="58203A3B" w14:textId="77777777" w:rsidR="00EA0F8D" w:rsidRDefault="00000000">
      <w:pPr>
        <w:spacing w:before="200" w:after="80"/>
      </w:pPr>
      <w:r>
        <w:rPr>
          <w:b/>
          <w:color w:val="0084B6"/>
          <w:sz w:val="24"/>
        </w:rPr>
        <w:t>Personal details</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219"/>
        <w:gridCol w:w="5971"/>
      </w:tblGrid>
      <w:tr w:rsidR="00EA0F8D" w14:paraId="33DBFEDE" w14:textId="77777777">
        <w:trPr>
          <w:trHeight w:val="454"/>
        </w:trPr>
        <w:tc>
          <w:tcPr>
            <w:tcW w:w="4219" w:type="dxa"/>
            <w:vAlign w:val="center"/>
          </w:tcPr>
          <w:p w14:paraId="6766C49F" w14:textId="77777777" w:rsidR="00EA0F8D" w:rsidRDefault="00000000">
            <w:pPr>
              <w:spacing w:after="0"/>
            </w:pPr>
            <w:r>
              <w:rPr>
                <w:sz w:val="20"/>
              </w:rPr>
              <w:t>Title</w:t>
            </w:r>
          </w:p>
        </w:tc>
        <w:tc>
          <w:tcPr>
            <w:tcW w:w="5971" w:type="dxa"/>
          </w:tcPr>
          <w:p w14:paraId="6C91E3C5" w14:textId="77777777" w:rsidR="00EA0F8D" w:rsidRDefault="00000000">
            <w:pPr>
              <w:spacing w:after="0"/>
            </w:pPr>
            <w:r>
              <w:rPr>
                <w:color w:val="ED7102"/>
              </w:rPr>
              <w:t xml:space="preserve">☐  </w:t>
            </w:r>
            <w:r>
              <w:rPr>
                <w:sz w:val="20"/>
              </w:rPr>
              <w:t xml:space="preserve">Mr      </w:t>
            </w:r>
            <w:r>
              <w:rPr>
                <w:color w:val="ED7102"/>
              </w:rPr>
              <w:t xml:space="preserve">☐  </w:t>
            </w:r>
            <w:r>
              <w:rPr>
                <w:sz w:val="20"/>
              </w:rPr>
              <w:t xml:space="preserve">Mrs      </w:t>
            </w:r>
            <w:r>
              <w:rPr>
                <w:color w:val="ED7102"/>
              </w:rPr>
              <w:t xml:space="preserve">☐  </w:t>
            </w:r>
            <w:r>
              <w:rPr>
                <w:sz w:val="20"/>
              </w:rPr>
              <w:t xml:space="preserve">Ms      </w:t>
            </w:r>
            <w:r>
              <w:rPr>
                <w:color w:val="ED7102"/>
              </w:rPr>
              <w:t xml:space="preserve">☐  </w:t>
            </w:r>
            <w:r>
              <w:rPr>
                <w:sz w:val="20"/>
              </w:rPr>
              <w:t xml:space="preserve">Miss      </w:t>
            </w:r>
            <w:r>
              <w:rPr>
                <w:color w:val="ED7102"/>
              </w:rPr>
              <w:t xml:space="preserve">☐  </w:t>
            </w:r>
            <w:r>
              <w:rPr>
                <w:sz w:val="20"/>
              </w:rPr>
              <w:t xml:space="preserve">Mx      </w:t>
            </w:r>
            <w:r>
              <w:rPr>
                <w:color w:val="ED7102"/>
              </w:rPr>
              <w:t xml:space="preserve">☐  </w:t>
            </w:r>
            <w:r>
              <w:rPr>
                <w:sz w:val="20"/>
              </w:rPr>
              <w:t>Prefer not to say</w:t>
            </w:r>
          </w:p>
        </w:tc>
      </w:tr>
      <w:tr w:rsidR="00EA0F8D" w14:paraId="13F14305" w14:textId="77777777">
        <w:trPr>
          <w:trHeight w:val="454"/>
        </w:trPr>
        <w:tc>
          <w:tcPr>
            <w:tcW w:w="4219" w:type="dxa"/>
            <w:vAlign w:val="center"/>
          </w:tcPr>
          <w:p w14:paraId="19CD5FB2" w14:textId="77777777" w:rsidR="00EA0F8D" w:rsidRDefault="00000000">
            <w:pPr>
              <w:spacing w:after="0"/>
            </w:pPr>
            <w:r>
              <w:rPr>
                <w:sz w:val="20"/>
              </w:rPr>
              <w:t>Surname</w:t>
            </w:r>
          </w:p>
        </w:tc>
        <w:tc>
          <w:tcPr>
            <w:tcW w:w="5971" w:type="dxa"/>
          </w:tcPr>
          <w:p w14:paraId="76DCE95B" w14:textId="77777777" w:rsidR="00EA0F8D" w:rsidRDefault="00EA0F8D">
            <w:pPr>
              <w:spacing w:after="0"/>
            </w:pPr>
          </w:p>
        </w:tc>
      </w:tr>
      <w:tr w:rsidR="00EA0F8D" w14:paraId="74F9789A" w14:textId="77777777">
        <w:trPr>
          <w:trHeight w:val="454"/>
        </w:trPr>
        <w:tc>
          <w:tcPr>
            <w:tcW w:w="4219" w:type="dxa"/>
            <w:vAlign w:val="center"/>
          </w:tcPr>
          <w:p w14:paraId="29A4CD24" w14:textId="77777777" w:rsidR="00EA0F8D" w:rsidRDefault="00000000">
            <w:pPr>
              <w:spacing w:after="0"/>
            </w:pPr>
            <w:r>
              <w:rPr>
                <w:sz w:val="20"/>
              </w:rPr>
              <w:t>First name(s)</w:t>
            </w:r>
          </w:p>
        </w:tc>
        <w:tc>
          <w:tcPr>
            <w:tcW w:w="5971" w:type="dxa"/>
          </w:tcPr>
          <w:p w14:paraId="325EAC01" w14:textId="77777777" w:rsidR="00EA0F8D" w:rsidRDefault="00EA0F8D">
            <w:pPr>
              <w:spacing w:after="0"/>
            </w:pPr>
          </w:p>
        </w:tc>
      </w:tr>
      <w:tr w:rsidR="00EA0F8D" w14:paraId="38A23EE2" w14:textId="77777777">
        <w:trPr>
          <w:trHeight w:val="454"/>
        </w:trPr>
        <w:tc>
          <w:tcPr>
            <w:tcW w:w="4219" w:type="dxa"/>
            <w:vAlign w:val="center"/>
          </w:tcPr>
          <w:p w14:paraId="2194AEC6" w14:textId="77777777" w:rsidR="00EA0F8D" w:rsidRDefault="00000000">
            <w:pPr>
              <w:spacing w:after="0"/>
            </w:pPr>
            <w:r>
              <w:rPr>
                <w:sz w:val="20"/>
              </w:rPr>
              <w:t>Any previous names</w:t>
            </w:r>
          </w:p>
        </w:tc>
        <w:tc>
          <w:tcPr>
            <w:tcW w:w="5971" w:type="dxa"/>
          </w:tcPr>
          <w:p w14:paraId="60019AF3" w14:textId="77777777" w:rsidR="00EA0F8D" w:rsidRDefault="00EA0F8D">
            <w:pPr>
              <w:spacing w:after="0"/>
            </w:pPr>
          </w:p>
        </w:tc>
      </w:tr>
      <w:tr w:rsidR="00EA0F8D" w14:paraId="303A61E9" w14:textId="77777777">
        <w:trPr>
          <w:trHeight w:val="454"/>
        </w:trPr>
        <w:tc>
          <w:tcPr>
            <w:tcW w:w="4219" w:type="dxa"/>
            <w:vAlign w:val="center"/>
          </w:tcPr>
          <w:p w14:paraId="43533F70" w14:textId="77777777" w:rsidR="00EA0F8D" w:rsidRDefault="00000000">
            <w:pPr>
              <w:spacing w:after="0"/>
            </w:pPr>
            <w:r>
              <w:rPr>
                <w:sz w:val="20"/>
              </w:rPr>
              <w:t>Email address</w:t>
            </w:r>
          </w:p>
        </w:tc>
        <w:tc>
          <w:tcPr>
            <w:tcW w:w="5971" w:type="dxa"/>
          </w:tcPr>
          <w:p w14:paraId="6BB595A2" w14:textId="77777777" w:rsidR="00EA0F8D" w:rsidRDefault="00EA0F8D">
            <w:pPr>
              <w:spacing w:after="0"/>
            </w:pPr>
          </w:p>
        </w:tc>
      </w:tr>
      <w:tr w:rsidR="00EA0F8D" w14:paraId="33FAED23" w14:textId="77777777">
        <w:trPr>
          <w:trHeight w:val="454"/>
        </w:trPr>
        <w:tc>
          <w:tcPr>
            <w:tcW w:w="4219" w:type="dxa"/>
            <w:vAlign w:val="center"/>
          </w:tcPr>
          <w:p w14:paraId="4ACAFD70" w14:textId="77777777" w:rsidR="00EA0F8D" w:rsidRDefault="00000000">
            <w:pPr>
              <w:spacing w:after="0"/>
            </w:pPr>
            <w:r>
              <w:rPr>
                <w:sz w:val="20"/>
              </w:rPr>
              <w:t>Mobile / contact number</w:t>
            </w:r>
          </w:p>
        </w:tc>
        <w:tc>
          <w:tcPr>
            <w:tcW w:w="5971" w:type="dxa"/>
          </w:tcPr>
          <w:p w14:paraId="68698AB3" w14:textId="77777777" w:rsidR="00EA0F8D" w:rsidRDefault="00EA0F8D">
            <w:pPr>
              <w:spacing w:after="0"/>
            </w:pPr>
          </w:p>
        </w:tc>
      </w:tr>
      <w:tr w:rsidR="00EA0F8D" w14:paraId="691947DA" w14:textId="77777777">
        <w:trPr>
          <w:trHeight w:val="454"/>
        </w:trPr>
        <w:tc>
          <w:tcPr>
            <w:tcW w:w="4219" w:type="dxa"/>
            <w:vAlign w:val="center"/>
          </w:tcPr>
          <w:p w14:paraId="3C683813" w14:textId="77777777" w:rsidR="00EA0F8D" w:rsidRDefault="00000000">
            <w:pPr>
              <w:spacing w:after="0"/>
            </w:pPr>
            <w:r>
              <w:rPr>
                <w:sz w:val="20"/>
              </w:rPr>
              <w:t>Home address and postcode</w:t>
            </w:r>
          </w:p>
        </w:tc>
        <w:tc>
          <w:tcPr>
            <w:tcW w:w="5971" w:type="dxa"/>
          </w:tcPr>
          <w:p w14:paraId="053BFB03" w14:textId="77777777" w:rsidR="00EA0F8D" w:rsidRDefault="00EA0F8D">
            <w:pPr>
              <w:spacing w:after="0"/>
            </w:pPr>
          </w:p>
        </w:tc>
      </w:tr>
      <w:tr w:rsidR="00EA0F8D" w14:paraId="257ADA54" w14:textId="77777777">
        <w:trPr>
          <w:trHeight w:val="454"/>
        </w:trPr>
        <w:tc>
          <w:tcPr>
            <w:tcW w:w="4219" w:type="dxa"/>
            <w:vAlign w:val="center"/>
          </w:tcPr>
          <w:p w14:paraId="09E66505" w14:textId="77777777" w:rsidR="00EA0F8D" w:rsidRDefault="00000000">
            <w:pPr>
              <w:spacing w:after="0"/>
            </w:pPr>
            <w:r>
              <w:rPr>
                <w:sz w:val="20"/>
              </w:rPr>
              <w:t>Correspondence address, if different</w:t>
            </w:r>
          </w:p>
        </w:tc>
        <w:tc>
          <w:tcPr>
            <w:tcW w:w="5971" w:type="dxa"/>
          </w:tcPr>
          <w:p w14:paraId="66BE16BA" w14:textId="77777777" w:rsidR="00EA0F8D" w:rsidRDefault="00EA0F8D">
            <w:pPr>
              <w:spacing w:after="0"/>
            </w:pPr>
          </w:p>
        </w:tc>
      </w:tr>
    </w:tbl>
    <w:p w14:paraId="5820AAC8" w14:textId="77777777" w:rsidR="00AD5C52" w:rsidRDefault="00AD5C52">
      <w:pPr>
        <w:spacing w:before="200" w:after="80"/>
        <w:rPr>
          <w:b/>
          <w:color w:val="0084B6"/>
          <w:sz w:val="24"/>
        </w:rPr>
      </w:pPr>
    </w:p>
    <w:p w14:paraId="75168C8C" w14:textId="6E053073" w:rsidR="00EA0F8D" w:rsidRDefault="00000000">
      <w:pPr>
        <w:spacing w:before="200" w:after="80"/>
      </w:pPr>
      <w:r>
        <w:rPr>
          <w:b/>
          <w:color w:val="0084B6"/>
          <w:sz w:val="24"/>
        </w:rPr>
        <w:lastRenderedPageBreak/>
        <w:t>Right to work in the UK</w:t>
      </w:r>
    </w:p>
    <w:p w14:paraId="7D1AD45C" w14:textId="77777777" w:rsidR="00EA0F8D" w:rsidRDefault="00000000">
      <w:pPr>
        <w:spacing w:after="120"/>
      </w:pPr>
      <w:r>
        <w:rPr>
          <w:i/>
          <w:sz w:val="18"/>
        </w:rPr>
        <w:t>Everyone we appoint must show they have the right to work in the UK. We will check original documents or a Home Office share code before you start.</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219"/>
        <w:gridCol w:w="5971"/>
      </w:tblGrid>
      <w:tr w:rsidR="00EA0F8D" w14:paraId="3975F160" w14:textId="77777777" w:rsidTr="000E258A">
        <w:trPr>
          <w:trHeight w:val="529"/>
        </w:trPr>
        <w:tc>
          <w:tcPr>
            <w:tcW w:w="4219" w:type="dxa"/>
            <w:vAlign w:val="center"/>
          </w:tcPr>
          <w:p w14:paraId="0951D738" w14:textId="77777777" w:rsidR="00EA0F8D" w:rsidRDefault="00000000">
            <w:pPr>
              <w:spacing w:after="0"/>
            </w:pPr>
            <w:r>
              <w:rPr>
                <w:sz w:val="20"/>
              </w:rPr>
              <w:t>Do you have the right to work in the UK?</w:t>
            </w:r>
          </w:p>
        </w:tc>
        <w:tc>
          <w:tcPr>
            <w:tcW w:w="5971" w:type="dxa"/>
          </w:tcPr>
          <w:p w14:paraId="23BA3452" w14:textId="77777777" w:rsidR="00EA0F8D" w:rsidRDefault="00000000">
            <w:pPr>
              <w:spacing w:after="0"/>
            </w:pPr>
            <w:r>
              <w:rPr>
                <w:color w:val="ED7102"/>
              </w:rPr>
              <w:t xml:space="preserve">☐  </w:t>
            </w:r>
            <w:r>
              <w:rPr>
                <w:sz w:val="20"/>
              </w:rPr>
              <w:t xml:space="preserve">Yes      </w:t>
            </w:r>
            <w:r>
              <w:rPr>
                <w:color w:val="ED7102"/>
              </w:rPr>
              <w:t xml:space="preserve">☐  </w:t>
            </w:r>
            <w:r>
              <w:rPr>
                <w:sz w:val="20"/>
              </w:rPr>
              <w:t>No</w:t>
            </w:r>
          </w:p>
        </w:tc>
      </w:tr>
      <w:tr w:rsidR="000E258A" w14:paraId="1EE75B90" w14:textId="77777777" w:rsidTr="000E258A">
        <w:trPr>
          <w:trHeight w:val="529"/>
        </w:trPr>
        <w:tc>
          <w:tcPr>
            <w:tcW w:w="4219" w:type="dxa"/>
            <w:vAlign w:val="center"/>
          </w:tcPr>
          <w:p w14:paraId="5278C2A2" w14:textId="2CB06DB8" w:rsidR="000E258A" w:rsidRDefault="000E258A">
            <w:pPr>
              <w:spacing w:after="0"/>
              <w:rPr>
                <w:sz w:val="20"/>
              </w:rPr>
            </w:pPr>
            <w:r>
              <w:rPr>
                <w:sz w:val="20"/>
              </w:rPr>
              <w:t>Home Office share code (if not British/Irish passport holder)</w:t>
            </w:r>
          </w:p>
        </w:tc>
        <w:tc>
          <w:tcPr>
            <w:tcW w:w="5971" w:type="dxa"/>
          </w:tcPr>
          <w:p w14:paraId="7DCF907F" w14:textId="77777777" w:rsidR="000E258A" w:rsidRDefault="000E258A">
            <w:pPr>
              <w:spacing w:after="0"/>
              <w:rPr>
                <w:color w:val="ED7102"/>
              </w:rPr>
            </w:pPr>
          </w:p>
        </w:tc>
      </w:tr>
    </w:tbl>
    <w:p w14:paraId="7CB9C391" w14:textId="77777777" w:rsidR="00EA0F8D" w:rsidRDefault="00000000">
      <w:pPr>
        <w:spacing w:before="200" w:after="80"/>
      </w:pPr>
      <w:r>
        <w:rPr>
          <w:b/>
          <w:color w:val="0084B6"/>
          <w:sz w:val="24"/>
        </w:rPr>
        <w:t>Present or last employer</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219"/>
        <w:gridCol w:w="5971"/>
      </w:tblGrid>
      <w:tr w:rsidR="00EA0F8D" w14:paraId="32C873A0" w14:textId="77777777">
        <w:trPr>
          <w:trHeight w:val="454"/>
        </w:trPr>
        <w:tc>
          <w:tcPr>
            <w:tcW w:w="4219" w:type="dxa"/>
            <w:vAlign w:val="center"/>
          </w:tcPr>
          <w:p w14:paraId="7D908DC1" w14:textId="77777777" w:rsidR="00EA0F8D" w:rsidRDefault="00000000">
            <w:pPr>
              <w:spacing w:after="0"/>
            </w:pPr>
            <w:r>
              <w:rPr>
                <w:sz w:val="20"/>
              </w:rPr>
              <w:t>Employer name and address</w:t>
            </w:r>
          </w:p>
        </w:tc>
        <w:tc>
          <w:tcPr>
            <w:tcW w:w="5971" w:type="dxa"/>
          </w:tcPr>
          <w:p w14:paraId="2D9B1D86" w14:textId="77777777" w:rsidR="00EA0F8D" w:rsidRDefault="00EA0F8D">
            <w:pPr>
              <w:spacing w:after="0"/>
            </w:pPr>
          </w:p>
        </w:tc>
      </w:tr>
      <w:tr w:rsidR="00EA0F8D" w14:paraId="04962EA8" w14:textId="77777777">
        <w:trPr>
          <w:trHeight w:val="454"/>
        </w:trPr>
        <w:tc>
          <w:tcPr>
            <w:tcW w:w="4219" w:type="dxa"/>
            <w:vAlign w:val="center"/>
          </w:tcPr>
          <w:p w14:paraId="4F0881B6" w14:textId="77777777" w:rsidR="00EA0F8D" w:rsidRDefault="00000000">
            <w:pPr>
              <w:spacing w:after="0"/>
            </w:pPr>
            <w:r>
              <w:rPr>
                <w:sz w:val="20"/>
              </w:rPr>
              <w:t>Your job title</w:t>
            </w:r>
          </w:p>
        </w:tc>
        <w:tc>
          <w:tcPr>
            <w:tcW w:w="5971" w:type="dxa"/>
          </w:tcPr>
          <w:p w14:paraId="146512FD" w14:textId="77777777" w:rsidR="00EA0F8D" w:rsidRDefault="00EA0F8D">
            <w:pPr>
              <w:spacing w:after="0"/>
            </w:pPr>
          </w:p>
        </w:tc>
      </w:tr>
      <w:tr w:rsidR="00EA0F8D" w14:paraId="1664BC34" w14:textId="77777777">
        <w:trPr>
          <w:trHeight w:val="454"/>
        </w:trPr>
        <w:tc>
          <w:tcPr>
            <w:tcW w:w="4219" w:type="dxa"/>
            <w:vAlign w:val="center"/>
          </w:tcPr>
          <w:p w14:paraId="1088A618" w14:textId="77777777" w:rsidR="00EA0F8D" w:rsidRDefault="00000000">
            <w:pPr>
              <w:spacing w:after="0"/>
            </w:pPr>
            <w:r>
              <w:rPr>
                <w:sz w:val="20"/>
              </w:rPr>
              <w:t>Dates employed (from – to)</w:t>
            </w:r>
          </w:p>
        </w:tc>
        <w:tc>
          <w:tcPr>
            <w:tcW w:w="5971" w:type="dxa"/>
          </w:tcPr>
          <w:p w14:paraId="6558AFFF" w14:textId="77777777" w:rsidR="00EA0F8D" w:rsidRDefault="00EA0F8D">
            <w:pPr>
              <w:spacing w:after="0"/>
            </w:pPr>
          </w:p>
        </w:tc>
      </w:tr>
      <w:tr w:rsidR="00EA0F8D" w14:paraId="1BC91FE6" w14:textId="77777777">
        <w:trPr>
          <w:trHeight w:val="454"/>
        </w:trPr>
        <w:tc>
          <w:tcPr>
            <w:tcW w:w="4219" w:type="dxa"/>
            <w:vAlign w:val="center"/>
          </w:tcPr>
          <w:p w14:paraId="3194E651" w14:textId="77777777" w:rsidR="00EA0F8D" w:rsidRDefault="00000000">
            <w:pPr>
              <w:spacing w:after="0"/>
            </w:pPr>
            <w:r>
              <w:rPr>
                <w:sz w:val="20"/>
              </w:rPr>
              <w:t>Brief description of your duties</w:t>
            </w:r>
          </w:p>
        </w:tc>
        <w:tc>
          <w:tcPr>
            <w:tcW w:w="5971" w:type="dxa"/>
          </w:tcPr>
          <w:p w14:paraId="38547995" w14:textId="77777777" w:rsidR="00EA0F8D" w:rsidRDefault="00EA0F8D">
            <w:pPr>
              <w:spacing w:after="0"/>
            </w:pPr>
          </w:p>
        </w:tc>
      </w:tr>
      <w:tr w:rsidR="00EA0F8D" w14:paraId="6F9BD221" w14:textId="77777777">
        <w:trPr>
          <w:trHeight w:val="454"/>
        </w:trPr>
        <w:tc>
          <w:tcPr>
            <w:tcW w:w="4219" w:type="dxa"/>
            <w:vAlign w:val="center"/>
          </w:tcPr>
          <w:p w14:paraId="0DD97B12" w14:textId="77777777" w:rsidR="00EA0F8D" w:rsidRDefault="00000000">
            <w:pPr>
              <w:spacing w:after="0"/>
            </w:pPr>
            <w:r>
              <w:rPr>
                <w:sz w:val="20"/>
              </w:rPr>
              <w:t>Reason for leaving</w:t>
            </w:r>
          </w:p>
        </w:tc>
        <w:tc>
          <w:tcPr>
            <w:tcW w:w="5971" w:type="dxa"/>
          </w:tcPr>
          <w:p w14:paraId="6B532413" w14:textId="77777777" w:rsidR="00EA0F8D" w:rsidRDefault="00EA0F8D">
            <w:pPr>
              <w:spacing w:after="0"/>
            </w:pPr>
          </w:p>
        </w:tc>
      </w:tr>
    </w:tbl>
    <w:p w14:paraId="47D9251D" w14:textId="77777777" w:rsidR="00EA0F8D" w:rsidRDefault="00000000">
      <w:pPr>
        <w:spacing w:before="200" w:after="80"/>
      </w:pPr>
      <w:r>
        <w:rPr>
          <w:b/>
          <w:color w:val="0084B6"/>
          <w:sz w:val="24"/>
        </w:rPr>
        <w:t>Previous employment</w:t>
      </w:r>
    </w:p>
    <w:p w14:paraId="70719D61" w14:textId="77777777" w:rsidR="00EA0F8D" w:rsidRDefault="00000000">
      <w:pPr>
        <w:spacing w:after="120"/>
      </w:pPr>
      <w:r>
        <w:rPr>
          <w:i/>
          <w:sz w:val="18"/>
        </w:rPr>
        <w:t>Since leaving school, most recent first. Please include – and briefly explain – any gaps in employment, and any voluntary work.</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70"/>
        <w:gridCol w:w="1070"/>
        <w:gridCol w:w="2683"/>
        <w:gridCol w:w="2683"/>
        <w:gridCol w:w="2684"/>
      </w:tblGrid>
      <w:tr w:rsidR="00EA0F8D" w14:paraId="6610D022" w14:textId="77777777" w:rsidTr="00AD5C52">
        <w:trPr>
          <w:trHeight w:val="454"/>
        </w:trPr>
        <w:tc>
          <w:tcPr>
            <w:tcW w:w="1070" w:type="dxa"/>
            <w:vAlign w:val="center"/>
          </w:tcPr>
          <w:p w14:paraId="51AF75E4" w14:textId="77777777" w:rsidR="00EA0F8D" w:rsidRDefault="00000000" w:rsidP="00AD5C52">
            <w:pPr>
              <w:spacing w:after="0"/>
              <w:jc w:val="center"/>
            </w:pPr>
            <w:r>
              <w:rPr>
                <w:b/>
                <w:sz w:val="18"/>
              </w:rPr>
              <w:t>From (mm/yy)</w:t>
            </w:r>
          </w:p>
        </w:tc>
        <w:tc>
          <w:tcPr>
            <w:tcW w:w="1070" w:type="dxa"/>
            <w:vAlign w:val="center"/>
          </w:tcPr>
          <w:p w14:paraId="534A9BFF" w14:textId="77777777" w:rsidR="00EA0F8D" w:rsidRDefault="00000000" w:rsidP="00AD5C52">
            <w:pPr>
              <w:spacing w:after="0"/>
              <w:jc w:val="center"/>
            </w:pPr>
            <w:r>
              <w:rPr>
                <w:b/>
                <w:sz w:val="18"/>
              </w:rPr>
              <w:t>To (mm/yy)</w:t>
            </w:r>
          </w:p>
        </w:tc>
        <w:tc>
          <w:tcPr>
            <w:tcW w:w="2683" w:type="dxa"/>
            <w:vAlign w:val="center"/>
          </w:tcPr>
          <w:p w14:paraId="704F5C40" w14:textId="77777777" w:rsidR="00EA0F8D" w:rsidRDefault="00000000" w:rsidP="00AD5C52">
            <w:pPr>
              <w:spacing w:after="0"/>
              <w:jc w:val="center"/>
            </w:pPr>
            <w:r>
              <w:rPr>
                <w:b/>
                <w:sz w:val="18"/>
              </w:rPr>
              <w:t>Employer, and your job title</w:t>
            </w:r>
          </w:p>
        </w:tc>
        <w:tc>
          <w:tcPr>
            <w:tcW w:w="2683" w:type="dxa"/>
            <w:vAlign w:val="center"/>
          </w:tcPr>
          <w:p w14:paraId="2F93028E" w14:textId="77777777" w:rsidR="00EA0F8D" w:rsidRDefault="00000000" w:rsidP="00AD5C52">
            <w:pPr>
              <w:spacing w:after="0"/>
              <w:jc w:val="center"/>
            </w:pPr>
            <w:r>
              <w:rPr>
                <w:b/>
                <w:sz w:val="18"/>
              </w:rPr>
              <w:t>Main duties</w:t>
            </w:r>
          </w:p>
        </w:tc>
        <w:tc>
          <w:tcPr>
            <w:tcW w:w="2684" w:type="dxa"/>
            <w:vAlign w:val="center"/>
          </w:tcPr>
          <w:p w14:paraId="35D5CC71" w14:textId="77777777" w:rsidR="00EA0F8D" w:rsidRDefault="00000000" w:rsidP="00AD5C52">
            <w:pPr>
              <w:spacing w:after="0"/>
              <w:jc w:val="center"/>
            </w:pPr>
            <w:r>
              <w:rPr>
                <w:b/>
                <w:sz w:val="18"/>
              </w:rPr>
              <w:t>Reason for leaving</w:t>
            </w:r>
          </w:p>
        </w:tc>
      </w:tr>
      <w:tr w:rsidR="00EA0F8D" w14:paraId="4A72B7BB" w14:textId="77777777" w:rsidTr="00AD5C52">
        <w:trPr>
          <w:trHeight w:val="454"/>
        </w:trPr>
        <w:tc>
          <w:tcPr>
            <w:tcW w:w="1070" w:type="dxa"/>
          </w:tcPr>
          <w:p w14:paraId="2E0D9453" w14:textId="77777777" w:rsidR="00EA0F8D" w:rsidRDefault="00EA0F8D"/>
        </w:tc>
        <w:tc>
          <w:tcPr>
            <w:tcW w:w="1070" w:type="dxa"/>
          </w:tcPr>
          <w:p w14:paraId="5A00042D" w14:textId="77777777" w:rsidR="00EA0F8D" w:rsidRDefault="00EA0F8D"/>
        </w:tc>
        <w:tc>
          <w:tcPr>
            <w:tcW w:w="2683" w:type="dxa"/>
            <w:vAlign w:val="center"/>
          </w:tcPr>
          <w:p w14:paraId="4DAD0BE3" w14:textId="77777777" w:rsidR="00EA0F8D" w:rsidRDefault="00EA0F8D" w:rsidP="00AD5C52">
            <w:pPr>
              <w:jc w:val="center"/>
            </w:pPr>
          </w:p>
        </w:tc>
        <w:tc>
          <w:tcPr>
            <w:tcW w:w="2683" w:type="dxa"/>
            <w:vAlign w:val="center"/>
          </w:tcPr>
          <w:p w14:paraId="02ADDFA1" w14:textId="77777777" w:rsidR="00EA0F8D" w:rsidRDefault="00EA0F8D" w:rsidP="00AD5C52">
            <w:pPr>
              <w:jc w:val="center"/>
            </w:pPr>
          </w:p>
        </w:tc>
        <w:tc>
          <w:tcPr>
            <w:tcW w:w="2684" w:type="dxa"/>
            <w:vAlign w:val="center"/>
          </w:tcPr>
          <w:p w14:paraId="6368E6FF" w14:textId="77777777" w:rsidR="00EA0F8D" w:rsidRDefault="00EA0F8D" w:rsidP="00AD5C52">
            <w:pPr>
              <w:jc w:val="center"/>
            </w:pPr>
          </w:p>
        </w:tc>
      </w:tr>
      <w:tr w:rsidR="00EA0F8D" w14:paraId="781CD27C" w14:textId="77777777" w:rsidTr="00AD5C52">
        <w:trPr>
          <w:trHeight w:val="454"/>
        </w:trPr>
        <w:tc>
          <w:tcPr>
            <w:tcW w:w="1070" w:type="dxa"/>
          </w:tcPr>
          <w:p w14:paraId="2DFF4B6A" w14:textId="77777777" w:rsidR="00EA0F8D" w:rsidRDefault="00EA0F8D"/>
        </w:tc>
        <w:tc>
          <w:tcPr>
            <w:tcW w:w="1070" w:type="dxa"/>
          </w:tcPr>
          <w:p w14:paraId="35FCEA1D" w14:textId="77777777" w:rsidR="00EA0F8D" w:rsidRDefault="00EA0F8D"/>
        </w:tc>
        <w:tc>
          <w:tcPr>
            <w:tcW w:w="2683" w:type="dxa"/>
            <w:vAlign w:val="center"/>
          </w:tcPr>
          <w:p w14:paraId="42AE34C0" w14:textId="77777777" w:rsidR="00EA0F8D" w:rsidRDefault="00EA0F8D" w:rsidP="00AD5C52">
            <w:pPr>
              <w:jc w:val="center"/>
            </w:pPr>
          </w:p>
        </w:tc>
        <w:tc>
          <w:tcPr>
            <w:tcW w:w="2683" w:type="dxa"/>
            <w:vAlign w:val="center"/>
          </w:tcPr>
          <w:p w14:paraId="302A77E7" w14:textId="77777777" w:rsidR="00EA0F8D" w:rsidRDefault="00EA0F8D" w:rsidP="00AD5C52">
            <w:pPr>
              <w:jc w:val="center"/>
            </w:pPr>
          </w:p>
        </w:tc>
        <w:tc>
          <w:tcPr>
            <w:tcW w:w="2684" w:type="dxa"/>
            <w:vAlign w:val="center"/>
          </w:tcPr>
          <w:p w14:paraId="68469DB3" w14:textId="77777777" w:rsidR="00EA0F8D" w:rsidRDefault="00EA0F8D" w:rsidP="00AD5C52">
            <w:pPr>
              <w:jc w:val="center"/>
            </w:pPr>
          </w:p>
        </w:tc>
      </w:tr>
      <w:tr w:rsidR="00EA0F8D" w14:paraId="47B1E5ED" w14:textId="77777777" w:rsidTr="00AD5C52">
        <w:trPr>
          <w:trHeight w:val="454"/>
        </w:trPr>
        <w:tc>
          <w:tcPr>
            <w:tcW w:w="1070" w:type="dxa"/>
          </w:tcPr>
          <w:p w14:paraId="04C3E5EC" w14:textId="77777777" w:rsidR="00EA0F8D" w:rsidRDefault="00EA0F8D"/>
        </w:tc>
        <w:tc>
          <w:tcPr>
            <w:tcW w:w="1070" w:type="dxa"/>
          </w:tcPr>
          <w:p w14:paraId="6A584069" w14:textId="77777777" w:rsidR="00EA0F8D" w:rsidRDefault="00EA0F8D"/>
        </w:tc>
        <w:tc>
          <w:tcPr>
            <w:tcW w:w="2683" w:type="dxa"/>
            <w:vAlign w:val="center"/>
          </w:tcPr>
          <w:p w14:paraId="56ABE664" w14:textId="77777777" w:rsidR="00EA0F8D" w:rsidRDefault="00EA0F8D" w:rsidP="00AD5C52">
            <w:pPr>
              <w:jc w:val="center"/>
            </w:pPr>
          </w:p>
        </w:tc>
        <w:tc>
          <w:tcPr>
            <w:tcW w:w="2683" w:type="dxa"/>
            <w:vAlign w:val="center"/>
          </w:tcPr>
          <w:p w14:paraId="1BB279E6" w14:textId="77777777" w:rsidR="00EA0F8D" w:rsidRDefault="00EA0F8D" w:rsidP="00AD5C52">
            <w:pPr>
              <w:jc w:val="center"/>
            </w:pPr>
          </w:p>
        </w:tc>
        <w:tc>
          <w:tcPr>
            <w:tcW w:w="2684" w:type="dxa"/>
            <w:vAlign w:val="center"/>
          </w:tcPr>
          <w:p w14:paraId="28FB31CA" w14:textId="77777777" w:rsidR="00EA0F8D" w:rsidRDefault="00EA0F8D" w:rsidP="00AD5C52">
            <w:pPr>
              <w:jc w:val="center"/>
            </w:pPr>
          </w:p>
        </w:tc>
      </w:tr>
      <w:tr w:rsidR="00EA0F8D" w14:paraId="7EEF5CD6" w14:textId="77777777" w:rsidTr="00AD5C52">
        <w:trPr>
          <w:trHeight w:val="454"/>
        </w:trPr>
        <w:tc>
          <w:tcPr>
            <w:tcW w:w="1070" w:type="dxa"/>
          </w:tcPr>
          <w:p w14:paraId="0ECEA33F" w14:textId="77777777" w:rsidR="00EA0F8D" w:rsidRDefault="00EA0F8D"/>
        </w:tc>
        <w:tc>
          <w:tcPr>
            <w:tcW w:w="1070" w:type="dxa"/>
          </w:tcPr>
          <w:p w14:paraId="28595BD0" w14:textId="77777777" w:rsidR="00EA0F8D" w:rsidRDefault="00EA0F8D"/>
        </w:tc>
        <w:tc>
          <w:tcPr>
            <w:tcW w:w="2683" w:type="dxa"/>
            <w:vAlign w:val="center"/>
          </w:tcPr>
          <w:p w14:paraId="07240FAF" w14:textId="77777777" w:rsidR="00EA0F8D" w:rsidRDefault="00EA0F8D" w:rsidP="00AD5C52">
            <w:pPr>
              <w:jc w:val="center"/>
            </w:pPr>
          </w:p>
        </w:tc>
        <w:tc>
          <w:tcPr>
            <w:tcW w:w="2683" w:type="dxa"/>
            <w:vAlign w:val="center"/>
          </w:tcPr>
          <w:p w14:paraId="0D7A6D3E" w14:textId="77777777" w:rsidR="00EA0F8D" w:rsidRDefault="00EA0F8D" w:rsidP="00AD5C52">
            <w:pPr>
              <w:jc w:val="center"/>
            </w:pPr>
          </w:p>
        </w:tc>
        <w:tc>
          <w:tcPr>
            <w:tcW w:w="2684" w:type="dxa"/>
            <w:vAlign w:val="center"/>
          </w:tcPr>
          <w:p w14:paraId="2CBD8DA2" w14:textId="77777777" w:rsidR="00EA0F8D" w:rsidRDefault="00EA0F8D" w:rsidP="00AD5C52">
            <w:pPr>
              <w:jc w:val="center"/>
            </w:pPr>
          </w:p>
        </w:tc>
      </w:tr>
    </w:tbl>
    <w:p w14:paraId="58651DE8" w14:textId="77777777" w:rsidR="00EA0F8D" w:rsidRDefault="00000000">
      <w:pPr>
        <w:spacing w:before="200" w:after="80"/>
      </w:pPr>
      <w:r>
        <w:rPr>
          <w:b/>
          <w:color w:val="0084B6"/>
          <w:sz w:val="24"/>
        </w:rPr>
        <w:t>Education, training and qualifications</w:t>
      </w:r>
    </w:p>
    <w:p w14:paraId="3A392D7D" w14:textId="77777777" w:rsidR="00EA0F8D" w:rsidRDefault="00000000">
      <w:pPr>
        <w:spacing w:after="120"/>
      </w:pPr>
      <w:r>
        <w:rPr>
          <w:i/>
          <w:sz w:val="18"/>
        </w:rPr>
        <w:t>Proof of qualifications will be required.</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121"/>
        <w:gridCol w:w="1121"/>
        <w:gridCol w:w="3974"/>
        <w:gridCol w:w="2751"/>
        <w:gridCol w:w="1223"/>
      </w:tblGrid>
      <w:tr w:rsidR="00EA0F8D" w14:paraId="302FD767" w14:textId="77777777">
        <w:trPr>
          <w:trHeight w:val="454"/>
        </w:trPr>
        <w:tc>
          <w:tcPr>
            <w:tcW w:w="1100" w:type="dxa"/>
            <w:vAlign w:val="center"/>
          </w:tcPr>
          <w:p w14:paraId="3E92F6F1" w14:textId="77777777" w:rsidR="00EA0F8D" w:rsidRDefault="00000000" w:rsidP="00AD5C52">
            <w:pPr>
              <w:spacing w:after="0"/>
              <w:jc w:val="center"/>
            </w:pPr>
            <w:r>
              <w:rPr>
                <w:b/>
                <w:sz w:val="18"/>
              </w:rPr>
              <w:t>From (mm/yy)</w:t>
            </w:r>
          </w:p>
        </w:tc>
        <w:tc>
          <w:tcPr>
            <w:tcW w:w="1100" w:type="dxa"/>
            <w:vAlign w:val="center"/>
          </w:tcPr>
          <w:p w14:paraId="27184FEC" w14:textId="77777777" w:rsidR="00EA0F8D" w:rsidRDefault="00000000" w:rsidP="00AD5C52">
            <w:pPr>
              <w:spacing w:after="0"/>
              <w:jc w:val="center"/>
            </w:pPr>
            <w:r>
              <w:rPr>
                <w:b/>
                <w:sz w:val="18"/>
              </w:rPr>
              <w:t>To (mm/yy)</w:t>
            </w:r>
          </w:p>
        </w:tc>
        <w:tc>
          <w:tcPr>
            <w:tcW w:w="3900" w:type="dxa"/>
            <w:vAlign w:val="center"/>
          </w:tcPr>
          <w:p w14:paraId="6ABED870" w14:textId="77777777" w:rsidR="00EA0F8D" w:rsidRDefault="00000000" w:rsidP="00AD5C52">
            <w:pPr>
              <w:spacing w:after="0"/>
              <w:jc w:val="center"/>
            </w:pPr>
            <w:r>
              <w:rPr>
                <w:b/>
                <w:sz w:val="18"/>
              </w:rPr>
              <w:t>School / College / University (since age 11)</w:t>
            </w:r>
          </w:p>
        </w:tc>
        <w:tc>
          <w:tcPr>
            <w:tcW w:w="2700" w:type="dxa"/>
            <w:vAlign w:val="center"/>
          </w:tcPr>
          <w:p w14:paraId="36823A5F" w14:textId="77777777" w:rsidR="00EA0F8D" w:rsidRDefault="00000000" w:rsidP="00AD5C52">
            <w:pPr>
              <w:spacing w:after="0"/>
              <w:jc w:val="center"/>
            </w:pPr>
            <w:r>
              <w:rPr>
                <w:b/>
                <w:sz w:val="18"/>
              </w:rPr>
              <w:t>Qualifications gained</w:t>
            </w:r>
          </w:p>
        </w:tc>
        <w:tc>
          <w:tcPr>
            <w:tcW w:w="1200" w:type="dxa"/>
            <w:vAlign w:val="center"/>
          </w:tcPr>
          <w:p w14:paraId="3D0627C0" w14:textId="77777777" w:rsidR="00EA0F8D" w:rsidRDefault="00000000" w:rsidP="00AD5C52">
            <w:pPr>
              <w:spacing w:after="0"/>
              <w:jc w:val="center"/>
            </w:pPr>
            <w:r>
              <w:rPr>
                <w:b/>
                <w:sz w:val="18"/>
              </w:rPr>
              <w:t>Grade</w:t>
            </w:r>
          </w:p>
        </w:tc>
      </w:tr>
      <w:tr w:rsidR="00EA0F8D" w14:paraId="0067DB68" w14:textId="77777777">
        <w:trPr>
          <w:trHeight w:val="454"/>
        </w:trPr>
        <w:tc>
          <w:tcPr>
            <w:tcW w:w="1100" w:type="dxa"/>
          </w:tcPr>
          <w:p w14:paraId="36675E6A" w14:textId="77777777" w:rsidR="00EA0F8D" w:rsidRDefault="00EA0F8D"/>
        </w:tc>
        <w:tc>
          <w:tcPr>
            <w:tcW w:w="1100" w:type="dxa"/>
          </w:tcPr>
          <w:p w14:paraId="369DD3BD" w14:textId="77777777" w:rsidR="00EA0F8D" w:rsidRDefault="00EA0F8D"/>
        </w:tc>
        <w:tc>
          <w:tcPr>
            <w:tcW w:w="3900" w:type="dxa"/>
          </w:tcPr>
          <w:p w14:paraId="5FD0BB39" w14:textId="77777777" w:rsidR="00EA0F8D" w:rsidRDefault="00EA0F8D"/>
        </w:tc>
        <w:tc>
          <w:tcPr>
            <w:tcW w:w="2700" w:type="dxa"/>
          </w:tcPr>
          <w:p w14:paraId="65AB5112" w14:textId="77777777" w:rsidR="00EA0F8D" w:rsidRDefault="00EA0F8D"/>
        </w:tc>
        <w:tc>
          <w:tcPr>
            <w:tcW w:w="1200" w:type="dxa"/>
          </w:tcPr>
          <w:p w14:paraId="785217CC" w14:textId="77777777" w:rsidR="00EA0F8D" w:rsidRDefault="00EA0F8D"/>
        </w:tc>
      </w:tr>
      <w:tr w:rsidR="00EA0F8D" w14:paraId="4236F713" w14:textId="77777777">
        <w:trPr>
          <w:trHeight w:val="454"/>
        </w:trPr>
        <w:tc>
          <w:tcPr>
            <w:tcW w:w="1100" w:type="dxa"/>
          </w:tcPr>
          <w:p w14:paraId="2B58E6A5" w14:textId="77777777" w:rsidR="00EA0F8D" w:rsidRDefault="00EA0F8D"/>
        </w:tc>
        <w:tc>
          <w:tcPr>
            <w:tcW w:w="1100" w:type="dxa"/>
          </w:tcPr>
          <w:p w14:paraId="0C9514D3" w14:textId="77777777" w:rsidR="00EA0F8D" w:rsidRDefault="00EA0F8D"/>
        </w:tc>
        <w:tc>
          <w:tcPr>
            <w:tcW w:w="3900" w:type="dxa"/>
          </w:tcPr>
          <w:p w14:paraId="4E4C8C16" w14:textId="77777777" w:rsidR="00EA0F8D" w:rsidRDefault="00EA0F8D"/>
        </w:tc>
        <w:tc>
          <w:tcPr>
            <w:tcW w:w="2700" w:type="dxa"/>
          </w:tcPr>
          <w:p w14:paraId="69A712FD" w14:textId="77777777" w:rsidR="00EA0F8D" w:rsidRDefault="00EA0F8D"/>
        </w:tc>
        <w:tc>
          <w:tcPr>
            <w:tcW w:w="1200" w:type="dxa"/>
          </w:tcPr>
          <w:p w14:paraId="49905C6F" w14:textId="77777777" w:rsidR="00EA0F8D" w:rsidRDefault="00EA0F8D"/>
        </w:tc>
      </w:tr>
      <w:tr w:rsidR="00EA0F8D" w14:paraId="02C5332A" w14:textId="77777777">
        <w:trPr>
          <w:trHeight w:val="454"/>
        </w:trPr>
        <w:tc>
          <w:tcPr>
            <w:tcW w:w="1100" w:type="dxa"/>
          </w:tcPr>
          <w:p w14:paraId="51B16B31" w14:textId="77777777" w:rsidR="00EA0F8D" w:rsidRDefault="00EA0F8D"/>
        </w:tc>
        <w:tc>
          <w:tcPr>
            <w:tcW w:w="1100" w:type="dxa"/>
          </w:tcPr>
          <w:p w14:paraId="1E6A2818" w14:textId="77777777" w:rsidR="00EA0F8D" w:rsidRDefault="00EA0F8D"/>
        </w:tc>
        <w:tc>
          <w:tcPr>
            <w:tcW w:w="3900" w:type="dxa"/>
          </w:tcPr>
          <w:p w14:paraId="6990ECC5" w14:textId="77777777" w:rsidR="00EA0F8D" w:rsidRDefault="00EA0F8D"/>
        </w:tc>
        <w:tc>
          <w:tcPr>
            <w:tcW w:w="2700" w:type="dxa"/>
          </w:tcPr>
          <w:p w14:paraId="77D8296A" w14:textId="77777777" w:rsidR="00EA0F8D" w:rsidRDefault="00EA0F8D"/>
        </w:tc>
        <w:tc>
          <w:tcPr>
            <w:tcW w:w="1200" w:type="dxa"/>
          </w:tcPr>
          <w:p w14:paraId="3AB9BE45" w14:textId="77777777" w:rsidR="00EA0F8D" w:rsidRDefault="00EA0F8D"/>
        </w:tc>
      </w:tr>
      <w:tr w:rsidR="00EA0F8D" w14:paraId="7EB08B6D" w14:textId="77777777">
        <w:trPr>
          <w:trHeight w:val="454"/>
        </w:trPr>
        <w:tc>
          <w:tcPr>
            <w:tcW w:w="1100" w:type="dxa"/>
          </w:tcPr>
          <w:p w14:paraId="62487A6B" w14:textId="77777777" w:rsidR="00EA0F8D" w:rsidRDefault="00EA0F8D"/>
        </w:tc>
        <w:tc>
          <w:tcPr>
            <w:tcW w:w="1100" w:type="dxa"/>
          </w:tcPr>
          <w:p w14:paraId="118D4281" w14:textId="77777777" w:rsidR="00EA0F8D" w:rsidRDefault="00EA0F8D"/>
        </w:tc>
        <w:tc>
          <w:tcPr>
            <w:tcW w:w="3900" w:type="dxa"/>
          </w:tcPr>
          <w:p w14:paraId="733CFAFE" w14:textId="77777777" w:rsidR="00EA0F8D" w:rsidRDefault="00EA0F8D"/>
        </w:tc>
        <w:tc>
          <w:tcPr>
            <w:tcW w:w="2700" w:type="dxa"/>
          </w:tcPr>
          <w:p w14:paraId="0575E1F5" w14:textId="77777777" w:rsidR="00EA0F8D" w:rsidRDefault="00EA0F8D"/>
        </w:tc>
        <w:tc>
          <w:tcPr>
            <w:tcW w:w="1200" w:type="dxa"/>
          </w:tcPr>
          <w:p w14:paraId="166A14E6" w14:textId="77777777" w:rsidR="00EA0F8D" w:rsidRDefault="00EA0F8D"/>
        </w:tc>
      </w:tr>
      <w:tr w:rsidR="00EA0F8D" w14:paraId="32C891E2" w14:textId="77777777">
        <w:trPr>
          <w:trHeight w:val="454"/>
        </w:trPr>
        <w:tc>
          <w:tcPr>
            <w:tcW w:w="1100" w:type="dxa"/>
          </w:tcPr>
          <w:p w14:paraId="55E1C690" w14:textId="77777777" w:rsidR="00EA0F8D" w:rsidRDefault="00EA0F8D"/>
        </w:tc>
        <w:tc>
          <w:tcPr>
            <w:tcW w:w="1100" w:type="dxa"/>
          </w:tcPr>
          <w:p w14:paraId="518B66CA" w14:textId="77777777" w:rsidR="00EA0F8D" w:rsidRDefault="00EA0F8D"/>
        </w:tc>
        <w:tc>
          <w:tcPr>
            <w:tcW w:w="3900" w:type="dxa"/>
          </w:tcPr>
          <w:p w14:paraId="6BF34379" w14:textId="77777777" w:rsidR="00EA0F8D" w:rsidRDefault="00EA0F8D"/>
        </w:tc>
        <w:tc>
          <w:tcPr>
            <w:tcW w:w="2700" w:type="dxa"/>
          </w:tcPr>
          <w:p w14:paraId="6E706EF7" w14:textId="77777777" w:rsidR="00EA0F8D" w:rsidRDefault="00EA0F8D"/>
        </w:tc>
        <w:tc>
          <w:tcPr>
            <w:tcW w:w="1200" w:type="dxa"/>
          </w:tcPr>
          <w:p w14:paraId="6A5DFD3A" w14:textId="77777777" w:rsidR="00EA0F8D" w:rsidRDefault="00EA0F8D"/>
        </w:tc>
      </w:tr>
    </w:tbl>
    <w:p w14:paraId="53914F96" w14:textId="77777777" w:rsidR="00EA0F8D" w:rsidRDefault="00000000">
      <w:pPr>
        <w:spacing w:before="200" w:after="80"/>
      </w:pPr>
      <w:r>
        <w:rPr>
          <w:b/>
          <w:color w:val="0084B6"/>
          <w:sz w:val="24"/>
        </w:rPr>
        <w:t>For teachers</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219"/>
        <w:gridCol w:w="5971"/>
      </w:tblGrid>
      <w:tr w:rsidR="00EA0F8D" w14:paraId="618E3284" w14:textId="77777777">
        <w:trPr>
          <w:trHeight w:val="454"/>
        </w:trPr>
        <w:tc>
          <w:tcPr>
            <w:tcW w:w="4219" w:type="dxa"/>
            <w:vAlign w:val="center"/>
          </w:tcPr>
          <w:p w14:paraId="08A70816" w14:textId="77777777" w:rsidR="00EA0F8D" w:rsidRDefault="00000000">
            <w:pPr>
              <w:spacing w:after="0"/>
            </w:pPr>
            <w:r>
              <w:rPr>
                <w:sz w:val="20"/>
              </w:rPr>
              <w:t>DfE / Teaching Regulation Agency (TRA) reference number</w:t>
            </w:r>
          </w:p>
        </w:tc>
        <w:tc>
          <w:tcPr>
            <w:tcW w:w="5971" w:type="dxa"/>
          </w:tcPr>
          <w:p w14:paraId="0AEDD843" w14:textId="77777777" w:rsidR="00EA0F8D" w:rsidRDefault="00EA0F8D">
            <w:pPr>
              <w:spacing w:after="0"/>
            </w:pPr>
          </w:p>
        </w:tc>
      </w:tr>
      <w:tr w:rsidR="00EA0F8D" w14:paraId="6E24C7C2" w14:textId="77777777">
        <w:trPr>
          <w:trHeight w:val="454"/>
        </w:trPr>
        <w:tc>
          <w:tcPr>
            <w:tcW w:w="4219" w:type="dxa"/>
            <w:vAlign w:val="center"/>
          </w:tcPr>
          <w:p w14:paraId="2734EA4A" w14:textId="77777777" w:rsidR="00EA0F8D" w:rsidRDefault="00000000">
            <w:pPr>
              <w:spacing w:after="0"/>
            </w:pPr>
            <w:r>
              <w:rPr>
                <w:sz w:val="20"/>
              </w:rPr>
              <w:t>Main subject</w:t>
            </w:r>
          </w:p>
        </w:tc>
        <w:tc>
          <w:tcPr>
            <w:tcW w:w="5971" w:type="dxa"/>
          </w:tcPr>
          <w:p w14:paraId="340CE7C9" w14:textId="77777777" w:rsidR="00EA0F8D" w:rsidRDefault="00EA0F8D">
            <w:pPr>
              <w:spacing w:after="0"/>
            </w:pPr>
          </w:p>
        </w:tc>
      </w:tr>
      <w:tr w:rsidR="00EA0F8D" w14:paraId="1876F2BC" w14:textId="77777777">
        <w:trPr>
          <w:trHeight w:val="454"/>
        </w:trPr>
        <w:tc>
          <w:tcPr>
            <w:tcW w:w="4219" w:type="dxa"/>
            <w:vAlign w:val="center"/>
          </w:tcPr>
          <w:p w14:paraId="14105118" w14:textId="77777777" w:rsidR="00EA0F8D" w:rsidRDefault="00000000">
            <w:pPr>
              <w:spacing w:after="0"/>
            </w:pPr>
            <w:r>
              <w:rPr>
                <w:sz w:val="20"/>
              </w:rPr>
              <w:t>Subsidiary subjects</w:t>
            </w:r>
          </w:p>
        </w:tc>
        <w:tc>
          <w:tcPr>
            <w:tcW w:w="5971" w:type="dxa"/>
          </w:tcPr>
          <w:p w14:paraId="5103C3AF" w14:textId="77777777" w:rsidR="00EA0F8D" w:rsidRDefault="00EA0F8D">
            <w:pPr>
              <w:spacing w:after="0"/>
            </w:pPr>
          </w:p>
        </w:tc>
      </w:tr>
    </w:tbl>
    <w:p w14:paraId="264AC7D4" w14:textId="77777777" w:rsidR="00EA0F8D" w:rsidRDefault="00000000">
      <w:pPr>
        <w:spacing w:before="200" w:after="80"/>
      </w:pPr>
      <w:r>
        <w:rPr>
          <w:b/>
          <w:color w:val="0084B6"/>
          <w:sz w:val="24"/>
        </w:rPr>
        <w:t>Other relevant training and short courses</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273"/>
        <w:gridCol w:w="1274"/>
        <w:gridCol w:w="4586"/>
        <w:gridCol w:w="3057"/>
      </w:tblGrid>
      <w:tr w:rsidR="00EA0F8D" w14:paraId="4CF75DBE" w14:textId="77777777" w:rsidTr="00AD5C52">
        <w:trPr>
          <w:trHeight w:val="454"/>
        </w:trPr>
        <w:tc>
          <w:tcPr>
            <w:tcW w:w="1250" w:type="dxa"/>
            <w:vAlign w:val="center"/>
          </w:tcPr>
          <w:p w14:paraId="1DE0C5F7" w14:textId="77777777" w:rsidR="00EA0F8D" w:rsidRDefault="00000000" w:rsidP="00AD5C52">
            <w:pPr>
              <w:spacing w:after="0"/>
              <w:jc w:val="center"/>
            </w:pPr>
            <w:r>
              <w:rPr>
                <w:b/>
                <w:sz w:val="18"/>
              </w:rPr>
              <w:t>From (mm/yy)</w:t>
            </w:r>
          </w:p>
        </w:tc>
        <w:tc>
          <w:tcPr>
            <w:tcW w:w="1250" w:type="dxa"/>
            <w:vAlign w:val="center"/>
          </w:tcPr>
          <w:p w14:paraId="5317662D" w14:textId="77777777" w:rsidR="00EA0F8D" w:rsidRDefault="00000000" w:rsidP="00AD5C52">
            <w:pPr>
              <w:spacing w:after="0"/>
              <w:jc w:val="center"/>
            </w:pPr>
            <w:r>
              <w:rPr>
                <w:b/>
                <w:sz w:val="18"/>
              </w:rPr>
              <w:t>To (mm/yy)</w:t>
            </w:r>
          </w:p>
        </w:tc>
        <w:tc>
          <w:tcPr>
            <w:tcW w:w="4500" w:type="dxa"/>
            <w:vAlign w:val="center"/>
          </w:tcPr>
          <w:p w14:paraId="43B7B732" w14:textId="77777777" w:rsidR="00EA0F8D" w:rsidRDefault="00000000" w:rsidP="00AD5C52">
            <w:pPr>
              <w:spacing w:after="0"/>
              <w:jc w:val="center"/>
            </w:pPr>
            <w:r>
              <w:rPr>
                <w:b/>
                <w:sz w:val="18"/>
              </w:rPr>
              <w:t>Course or subject, and where taken</w:t>
            </w:r>
          </w:p>
        </w:tc>
        <w:tc>
          <w:tcPr>
            <w:tcW w:w="3000" w:type="dxa"/>
            <w:vAlign w:val="center"/>
          </w:tcPr>
          <w:p w14:paraId="79FBD3C0" w14:textId="77777777" w:rsidR="00EA0F8D" w:rsidRDefault="00000000" w:rsidP="00AD5C52">
            <w:pPr>
              <w:spacing w:after="0"/>
              <w:jc w:val="center"/>
            </w:pPr>
            <w:r>
              <w:rPr>
                <w:b/>
                <w:sz w:val="18"/>
              </w:rPr>
              <w:t>Qualification gained (with grade if applicable)</w:t>
            </w:r>
          </w:p>
        </w:tc>
      </w:tr>
      <w:tr w:rsidR="00EA0F8D" w14:paraId="6B2FF4E3" w14:textId="77777777">
        <w:trPr>
          <w:trHeight w:val="454"/>
        </w:trPr>
        <w:tc>
          <w:tcPr>
            <w:tcW w:w="1250" w:type="dxa"/>
          </w:tcPr>
          <w:p w14:paraId="48D41891" w14:textId="77777777" w:rsidR="00EA0F8D" w:rsidRDefault="00EA0F8D"/>
        </w:tc>
        <w:tc>
          <w:tcPr>
            <w:tcW w:w="1250" w:type="dxa"/>
          </w:tcPr>
          <w:p w14:paraId="0BBF44A7" w14:textId="77777777" w:rsidR="00EA0F8D" w:rsidRDefault="00EA0F8D"/>
        </w:tc>
        <w:tc>
          <w:tcPr>
            <w:tcW w:w="4500" w:type="dxa"/>
          </w:tcPr>
          <w:p w14:paraId="43B96334" w14:textId="77777777" w:rsidR="00EA0F8D" w:rsidRDefault="00EA0F8D"/>
        </w:tc>
        <w:tc>
          <w:tcPr>
            <w:tcW w:w="3000" w:type="dxa"/>
          </w:tcPr>
          <w:p w14:paraId="3A1FA5FF" w14:textId="77777777" w:rsidR="00EA0F8D" w:rsidRDefault="00EA0F8D"/>
        </w:tc>
      </w:tr>
      <w:tr w:rsidR="00EA0F8D" w14:paraId="51B302AB" w14:textId="77777777">
        <w:trPr>
          <w:trHeight w:val="454"/>
        </w:trPr>
        <w:tc>
          <w:tcPr>
            <w:tcW w:w="1250" w:type="dxa"/>
          </w:tcPr>
          <w:p w14:paraId="29D28CB8" w14:textId="77777777" w:rsidR="00EA0F8D" w:rsidRDefault="00EA0F8D"/>
        </w:tc>
        <w:tc>
          <w:tcPr>
            <w:tcW w:w="1250" w:type="dxa"/>
          </w:tcPr>
          <w:p w14:paraId="0D6D4A09" w14:textId="77777777" w:rsidR="00EA0F8D" w:rsidRDefault="00EA0F8D"/>
        </w:tc>
        <w:tc>
          <w:tcPr>
            <w:tcW w:w="4500" w:type="dxa"/>
          </w:tcPr>
          <w:p w14:paraId="34BDF0EB" w14:textId="77777777" w:rsidR="00EA0F8D" w:rsidRDefault="00EA0F8D"/>
        </w:tc>
        <w:tc>
          <w:tcPr>
            <w:tcW w:w="3000" w:type="dxa"/>
          </w:tcPr>
          <w:p w14:paraId="75D0434E" w14:textId="77777777" w:rsidR="00EA0F8D" w:rsidRDefault="00EA0F8D"/>
        </w:tc>
      </w:tr>
      <w:tr w:rsidR="00EA0F8D" w14:paraId="417B2AB7" w14:textId="77777777">
        <w:trPr>
          <w:trHeight w:val="454"/>
        </w:trPr>
        <w:tc>
          <w:tcPr>
            <w:tcW w:w="1250" w:type="dxa"/>
          </w:tcPr>
          <w:p w14:paraId="5B7A3336" w14:textId="77777777" w:rsidR="00EA0F8D" w:rsidRDefault="00EA0F8D"/>
        </w:tc>
        <w:tc>
          <w:tcPr>
            <w:tcW w:w="1250" w:type="dxa"/>
          </w:tcPr>
          <w:p w14:paraId="7A0B7754" w14:textId="77777777" w:rsidR="00EA0F8D" w:rsidRDefault="00EA0F8D"/>
        </w:tc>
        <w:tc>
          <w:tcPr>
            <w:tcW w:w="4500" w:type="dxa"/>
          </w:tcPr>
          <w:p w14:paraId="24EDD41E" w14:textId="77777777" w:rsidR="00EA0F8D" w:rsidRDefault="00EA0F8D"/>
        </w:tc>
        <w:tc>
          <w:tcPr>
            <w:tcW w:w="3000" w:type="dxa"/>
          </w:tcPr>
          <w:p w14:paraId="52EF4D74" w14:textId="77777777" w:rsidR="00EA0F8D" w:rsidRDefault="00EA0F8D"/>
        </w:tc>
      </w:tr>
    </w:tbl>
    <w:p w14:paraId="2D228493" w14:textId="77777777" w:rsidR="00EA0F8D" w:rsidRDefault="00000000">
      <w:pPr>
        <w:spacing w:before="200" w:after="80"/>
      </w:pPr>
      <w:r>
        <w:rPr>
          <w:b/>
          <w:color w:val="0084B6"/>
          <w:sz w:val="24"/>
        </w:rPr>
        <w:t>Professional membership</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038"/>
        <w:gridCol w:w="5095"/>
        <w:gridCol w:w="3057"/>
      </w:tblGrid>
      <w:tr w:rsidR="00EA0F8D" w14:paraId="76348731" w14:textId="77777777" w:rsidTr="00AD5C52">
        <w:trPr>
          <w:trHeight w:val="454"/>
        </w:trPr>
        <w:tc>
          <w:tcPr>
            <w:tcW w:w="2000" w:type="dxa"/>
            <w:vAlign w:val="center"/>
          </w:tcPr>
          <w:p w14:paraId="2044C9EE" w14:textId="77777777" w:rsidR="00EA0F8D" w:rsidRDefault="00000000" w:rsidP="00AD5C52">
            <w:pPr>
              <w:spacing w:after="0"/>
              <w:jc w:val="center"/>
            </w:pPr>
            <w:r>
              <w:rPr>
                <w:b/>
                <w:sz w:val="18"/>
              </w:rPr>
              <w:t>Date</w:t>
            </w:r>
          </w:p>
        </w:tc>
        <w:tc>
          <w:tcPr>
            <w:tcW w:w="5000" w:type="dxa"/>
            <w:vAlign w:val="center"/>
          </w:tcPr>
          <w:p w14:paraId="0A0370BA" w14:textId="77777777" w:rsidR="00EA0F8D" w:rsidRDefault="00000000" w:rsidP="00AD5C52">
            <w:pPr>
              <w:spacing w:after="0"/>
              <w:jc w:val="center"/>
            </w:pPr>
            <w:r>
              <w:rPr>
                <w:b/>
                <w:sz w:val="18"/>
              </w:rPr>
              <w:t>Awarding body</w:t>
            </w:r>
          </w:p>
        </w:tc>
        <w:tc>
          <w:tcPr>
            <w:tcW w:w="3000" w:type="dxa"/>
            <w:vAlign w:val="center"/>
          </w:tcPr>
          <w:p w14:paraId="41084B10" w14:textId="77777777" w:rsidR="00EA0F8D" w:rsidRDefault="00000000" w:rsidP="00AD5C52">
            <w:pPr>
              <w:spacing w:after="0"/>
              <w:jc w:val="center"/>
            </w:pPr>
            <w:r>
              <w:rPr>
                <w:b/>
                <w:sz w:val="18"/>
              </w:rPr>
              <w:t>Membership status</w:t>
            </w:r>
          </w:p>
        </w:tc>
      </w:tr>
      <w:tr w:rsidR="00EA0F8D" w14:paraId="0424CE1B" w14:textId="77777777">
        <w:trPr>
          <w:trHeight w:val="454"/>
        </w:trPr>
        <w:tc>
          <w:tcPr>
            <w:tcW w:w="2000" w:type="dxa"/>
          </w:tcPr>
          <w:p w14:paraId="58334F98" w14:textId="77777777" w:rsidR="00EA0F8D" w:rsidRDefault="00EA0F8D"/>
        </w:tc>
        <w:tc>
          <w:tcPr>
            <w:tcW w:w="5000" w:type="dxa"/>
          </w:tcPr>
          <w:p w14:paraId="43817088" w14:textId="77777777" w:rsidR="00EA0F8D" w:rsidRDefault="00EA0F8D"/>
        </w:tc>
        <w:tc>
          <w:tcPr>
            <w:tcW w:w="3000" w:type="dxa"/>
          </w:tcPr>
          <w:p w14:paraId="57C6E3FA" w14:textId="77777777" w:rsidR="00EA0F8D" w:rsidRDefault="00EA0F8D"/>
        </w:tc>
      </w:tr>
      <w:tr w:rsidR="00EA0F8D" w14:paraId="2A58A868" w14:textId="77777777">
        <w:trPr>
          <w:trHeight w:val="454"/>
        </w:trPr>
        <w:tc>
          <w:tcPr>
            <w:tcW w:w="2000" w:type="dxa"/>
          </w:tcPr>
          <w:p w14:paraId="1303A4F3" w14:textId="77777777" w:rsidR="00EA0F8D" w:rsidRDefault="00EA0F8D"/>
        </w:tc>
        <w:tc>
          <w:tcPr>
            <w:tcW w:w="5000" w:type="dxa"/>
          </w:tcPr>
          <w:p w14:paraId="0DDBA82A" w14:textId="77777777" w:rsidR="00EA0F8D" w:rsidRDefault="00EA0F8D"/>
        </w:tc>
        <w:tc>
          <w:tcPr>
            <w:tcW w:w="3000" w:type="dxa"/>
          </w:tcPr>
          <w:p w14:paraId="3ECF1B57" w14:textId="77777777" w:rsidR="00EA0F8D" w:rsidRDefault="00EA0F8D"/>
        </w:tc>
      </w:tr>
      <w:tr w:rsidR="00EA0F8D" w14:paraId="21992053" w14:textId="77777777">
        <w:trPr>
          <w:trHeight w:val="454"/>
        </w:trPr>
        <w:tc>
          <w:tcPr>
            <w:tcW w:w="2000" w:type="dxa"/>
          </w:tcPr>
          <w:p w14:paraId="2641626B" w14:textId="77777777" w:rsidR="00EA0F8D" w:rsidRDefault="00EA0F8D"/>
        </w:tc>
        <w:tc>
          <w:tcPr>
            <w:tcW w:w="5000" w:type="dxa"/>
          </w:tcPr>
          <w:p w14:paraId="35696509" w14:textId="77777777" w:rsidR="00EA0F8D" w:rsidRDefault="00EA0F8D"/>
        </w:tc>
        <w:tc>
          <w:tcPr>
            <w:tcW w:w="3000" w:type="dxa"/>
          </w:tcPr>
          <w:p w14:paraId="2755CCA8" w14:textId="77777777" w:rsidR="00EA0F8D" w:rsidRDefault="00EA0F8D"/>
        </w:tc>
      </w:tr>
    </w:tbl>
    <w:p w14:paraId="0A79DB16" w14:textId="77777777" w:rsidR="00EA0F8D" w:rsidRDefault="00000000">
      <w:pPr>
        <w:spacing w:before="200" w:after="80"/>
      </w:pPr>
      <w:r>
        <w:rPr>
          <w:b/>
          <w:color w:val="0084B6"/>
          <w:sz w:val="24"/>
        </w:rPr>
        <w:t>Supporting statement</w:t>
      </w:r>
    </w:p>
    <w:p w14:paraId="7FD680AD" w14:textId="77777777" w:rsidR="00EA0F8D" w:rsidRDefault="00000000">
      <w:pPr>
        <w:spacing w:after="160"/>
      </w:pPr>
      <w:r>
        <w:rPr>
          <w:sz w:val="20"/>
        </w:rPr>
        <w:t>Please tell us about the relevant experience, skills and any other information in support of your application. Candidates are shortlisted on how closely they meet the essential requirements in the person specification, so please give examples of how you meet these, and why you are applying for this post. Continue on a separate sheet if needed.</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190"/>
      </w:tblGrid>
      <w:tr w:rsidR="00EA0F8D" w14:paraId="7D64E535" w14:textId="77777777" w:rsidTr="00B577BC">
        <w:trPr>
          <w:trHeight w:val="2882"/>
        </w:trPr>
        <w:tc>
          <w:tcPr>
            <w:tcW w:w="10000" w:type="dxa"/>
          </w:tcPr>
          <w:p w14:paraId="63137B0F" w14:textId="77777777" w:rsidR="00EA0F8D" w:rsidRDefault="00EA0F8D">
            <w:pPr>
              <w:spacing w:after="0"/>
            </w:pPr>
          </w:p>
        </w:tc>
      </w:tr>
    </w:tbl>
    <w:p w14:paraId="22BA1EA3" w14:textId="77777777" w:rsidR="00EA0F8D" w:rsidRDefault="00EA0F8D">
      <w:pPr>
        <w:spacing w:after="120"/>
      </w:pPr>
    </w:p>
    <w:p w14:paraId="59361AC5" w14:textId="77777777" w:rsidR="00EA0F8D" w:rsidRDefault="00000000">
      <w:pPr>
        <w:spacing w:before="200" w:after="80"/>
      </w:pPr>
      <w:r>
        <w:rPr>
          <w:b/>
          <w:color w:val="0084B6"/>
          <w:sz w:val="24"/>
        </w:rPr>
        <w:t>Adjustments to the recruitment process</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219"/>
        <w:gridCol w:w="5971"/>
      </w:tblGrid>
      <w:tr w:rsidR="00EA0F8D" w14:paraId="0D3C9B67" w14:textId="77777777">
        <w:trPr>
          <w:trHeight w:val="454"/>
        </w:trPr>
        <w:tc>
          <w:tcPr>
            <w:tcW w:w="4219" w:type="dxa"/>
            <w:vAlign w:val="center"/>
          </w:tcPr>
          <w:p w14:paraId="0BADE351" w14:textId="77777777" w:rsidR="00EA0F8D" w:rsidRDefault="00000000">
            <w:pPr>
              <w:spacing w:after="0"/>
            </w:pPr>
            <w:r>
              <w:rPr>
                <w:sz w:val="20"/>
              </w:rPr>
              <w:t>Do you need any adjustments to take part fully in the interview or assessment process?</w:t>
            </w:r>
          </w:p>
        </w:tc>
        <w:tc>
          <w:tcPr>
            <w:tcW w:w="5971" w:type="dxa"/>
          </w:tcPr>
          <w:p w14:paraId="28F6558C" w14:textId="77777777" w:rsidR="00EA0F8D" w:rsidRDefault="00000000">
            <w:pPr>
              <w:spacing w:after="0"/>
            </w:pPr>
            <w:r>
              <w:rPr>
                <w:color w:val="ED7102"/>
              </w:rPr>
              <w:t xml:space="preserve">☐  </w:t>
            </w:r>
            <w:r>
              <w:rPr>
                <w:sz w:val="20"/>
              </w:rPr>
              <w:t xml:space="preserve">Yes      </w:t>
            </w:r>
            <w:r>
              <w:rPr>
                <w:color w:val="ED7102"/>
              </w:rPr>
              <w:t xml:space="preserve">☐  </w:t>
            </w:r>
            <w:r>
              <w:rPr>
                <w:sz w:val="20"/>
              </w:rPr>
              <w:t>No</w:t>
            </w:r>
          </w:p>
        </w:tc>
      </w:tr>
      <w:tr w:rsidR="00EA0F8D" w14:paraId="2737A8ED" w14:textId="77777777">
        <w:trPr>
          <w:trHeight w:val="454"/>
        </w:trPr>
        <w:tc>
          <w:tcPr>
            <w:tcW w:w="4219" w:type="dxa"/>
            <w:vAlign w:val="center"/>
          </w:tcPr>
          <w:p w14:paraId="69227317" w14:textId="77777777" w:rsidR="00EA0F8D" w:rsidRDefault="00000000">
            <w:pPr>
              <w:spacing w:after="0"/>
            </w:pPr>
            <w:r>
              <w:rPr>
                <w:sz w:val="20"/>
              </w:rPr>
              <w:t>If yes, what adjustments would help?</w:t>
            </w:r>
          </w:p>
        </w:tc>
        <w:tc>
          <w:tcPr>
            <w:tcW w:w="5971" w:type="dxa"/>
          </w:tcPr>
          <w:p w14:paraId="69A62DCB" w14:textId="77777777" w:rsidR="00EA0F8D" w:rsidRDefault="00EA0F8D">
            <w:pPr>
              <w:spacing w:after="0"/>
            </w:pPr>
          </w:p>
        </w:tc>
      </w:tr>
    </w:tbl>
    <w:p w14:paraId="1D586052" w14:textId="77777777" w:rsidR="00EA0F8D" w:rsidRDefault="00000000">
      <w:pPr>
        <w:spacing w:before="200" w:after="80"/>
      </w:pPr>
      <w:r>
        <w:rPr>
          <w:b/>
          <w:color w:val="0084B6"/>
          <w:sz w:val="24"/>
        </w:rPr>
        <w:t>References</w:t>
      </w:r>
    </w:p>
    <w:p w14:paraId="6273E38F" w14:textId="77777777" w:rsidR="00EA0F8D" w:rsidRDefault="00000000">
      <w:pPr>
        <w:spacing w:after="120"/>
      </w:pPr>
      <w:r>
        <w:rPr>
          <w:i/>
          <w:sz w:val="18"/>
        </w:rPr>
        <w:t>Please nominate two referees, one of whom must be your most recent employer. For shortlisted candidates we take up at least one reference before interview (safer-recruitment practice).</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00"/>
        <w:gridCol w:w="1619"/>
        <w:gridCol w:w="2176"/>
        <w:gridCol w:w="3795"/>
      </w:tblGrid>
      <w:tr w:rsidR="00EA0F8D" w14:paraId="7638FA35" w14:textId="77777777" w:rsidTr="00B577BC">
        <w:trPr>
          <w:trHeight w:val="454"/>
        </w:trPr>
        <w:tc>
          <w:tcPr>
            <w:tcW w:w="2600" w:type="dxa"/>
            <w:vAlign w:val="center"/>
          </w:tcPr>
          <w:p w14:paraId="12EDC084" w14:textId="77777777" w:rsidR="00EA0F8D" w:rsidRDefault="00EA0F8D">
            <w:pPr>
              <w:spacing w:after="0"/>
            </w:pPr>
          </w:p>
        </w:tc>
        <w:tc>
          <w:tcPr>
            <w:tcW w:w="3795" w:type="dxa"/>
            <w:gridSpan w:val="2"/>
            <w:vAlign w:val="center"/>
          </w:tcPr>
          <w:p w14:paraId="45FF3A15" w14:textId="77777777" w:rsidR="00EA0F8D" w:rsidRDefault="00000000" w:rsidP="00B577BC">
            <w:pPr>
              <w:spacing w:after="0"/>
              <w:jc w:val="center"/>
            </w:pPr>
            <w:r>
              <w:rPr>
                <w:b/>
                <w:sz w:val="18"/>
              </w:rPr>
              <w:t>Referee 1</w:t>
            </w:r>
          </w:p>
        </w:tc>
        <w:tc>
          <w:tcPr>
            <w:tcW w:w="3795" w:type="dxa"/>
            <w:vAlign w:val="center"/>
          </w:tcPr>
          <w:p w14:paraId="6B63FEF5" w14:textId="77777777" w:rsidR="00EA0F8D" w:rsidRDefault="00000000" w:rsidP="00B577BC">
            <w:pPr>
              <w:spacing w:after="0"/>
              <w:jc w:val="center"/>
            </w:pPr>
            <w:r>
              <w:rPr>
                <w:b/>
                <w:sz w:val="18"/>
              </w:rPr>
              <w:t>Referee 2</w:t>
            </w:r>
          </w:p>
        </w:tc>
      </w:tr>
      <w:tr w:rsidR="00EA0F8D" w14:paraId="344C843B" w14:textId="77777777" w:rsidTr="00B577BC">
        <w:trPr>
          <w:trHeight w:val="454"/>
        </w:trPr>
        <w:tc>
          <w:tcPr>
            <w:tcW w:w="2600" w:type="dxa"/>
            <w:vAlign w:val="center"/>
          </w:tcPr>
          <w:p w14:paraId="02E3B12E" w14:textId="77777777" w:rsidR="00EA0F8D" w:rsidRDefault="00000000">
            <w:pPr>
              <w:spacing w:after="0"/>
            </w:pPr>
            <w:r>
              <w:rPr>
                <w:sz w:val="20"/>
              </w:rPr>
              <w:t>Name</w:t>
            </w:r>
          </w:p>
        </w:tc>
        <w:tc>
          <w:tcPr>
            <w:tcW w:w="3795" w:type="dxa"/>
            <w:gridSpan w:val="2"/>
          </w:tcPr>
          <w:p w14:paraId="7410D0CE" w14:textId="77777777" w:rsidR="00EA0F8D" w:rsidRDefault="00EA0F8D">
            <w:pPr>
              <w:spacing w:after="0"/>
            </w:pPr>
          </w:p>
        </w:tc>
        <w:tc>
          <w:tcPr>
            <w:tcW w:w="3795" w:type="dxa"/>
          </w:tcPr>
          <w:p w14:paraId="4427574A" w14:textId="77777777" w:rsidR="00EA0F8D" w:rsidRDefault="00EA0F8D">
            <w:pPr>
              <w:spacing w:after="0"/>
            </w:pPr>
          </w:p>
        </w:tc>
      </w:tr>
      <w:tr w:rsidR="00EA0F8D" w14:paraId="33D88EB5" w14:textId="77777777" w:rsidTr="00B577BC">
        <w:trPr>
          <w:trHeight w:val="454"/>
        </w:trPr>
        <w:tc>
          <w:tcPr>
            <w:tcW w:w="2600" w:type="dxa"/>
            <w:vAlign w:val="center"/>
          </w:tcPr>
          <w:p w14:paraId="767996CF" w14:textId="77777777" w:rsidR="00EA0F8D" w:rsidRDefault="00000000">
            <w:pPr>
              <w:spacing w:after="0"/>
            </w:pPr>
            <w:r>
              <w:rPr>
                <w:sz w:val="20"/>
              </w:rPr>
              <w:t>Job title</w:t>
            </w:r>
          </w:p>
        </w:tc>
        <w:tc>
          <w:tcPr>
            <w:tcW w:w="3795" w:type="dxa"/>
            <w:gridSpan w:val="2"/>
          </w:tcPr>
          <w:p w14:paraId="319B7910" w14:textId="77777777" w:rsidR="00EA0F8D" w:rsidRDefault="00EA0F8D">
            <w:pPr>
              <w:spacing w:after="0"/>
            </w:pPr>
          </w:p>
        </w:tc>
        <w:tc>
          <w:tcPr>
            <w:tcW w:w="3795" w:type="dxa"/>
          </w:tcPr>
          <w:p w14:paraId="34802A03" w14:textId="77777777" w:rsidR="00EA0F8D" w:rsidRDefault="00EA0F8D">
            <w:pPr>
              <w:spacing w:after="0"/>
            </w:pPr>
          </w:p>
        </w:tc>
      </w:tr>
      <w:tr w:rsidR="00EA0F8D" w14:paraId="26803AF9" w14:textId="77777777" w:rsidTr="00B577BC">
        <w:trPr>
          <w:trHeight w:val="454"/>
        </w:trPr>
        <w:tc>
          <w:tcPr>
            <w:tcW w:w="2600" w:type="dxa"/>
            <w:vAlign w:val="center"/>
          </w:tcPr>
          <w:p w14:paraId="15E77286" w14:textId="77777777" w:rsidR="00EA0F8D" w:rsidRDefault="00000000">
            <w:pPr>
              <w:spacing w:after="0"/>
            </w:pPr>
            <w:r>
              <w:rPr>
                <w:sz w:val="20"/>
              </w:rPr>
              <w:t>Organisation</w:t>
            </w:r>
          </w:p>
        </w:tc>
        <w:tc>
          <w:tcPr>
            <w:tcW w:w="3795" w:type="dxa"/>
            <w:gridSpan w:val="2"/>
          </w:tcPr>
          <w:p w14:paraId="6B213E11" w14:textId="77777777" w:rsidR="00EA0F8D" w:rsidRDefault="00EA0F8D">
            <w:pPr>
              <w:spacing w:after="0"/>
            </w:pPr>
          </w:p>
        </w:tc>
        <w:tc>
          <w:tcPr>
            <w:tcW w:w="3795" w:type="dxa"/>
          </w:tcPr>
          <w:p w14:paraId="755705A3" w14:textId="77777777" w:rsidR="00EA0F8D" w:rsidRDefault="00EA0F8D">
            <w:pPr>
              <w:spacing w:after="0"/>
            </w:pPr>
          </w:p>
        </w:tc>
      </w:tr>
      <w:tr w:rsidR="00EA0F8D" w14:paraId="0569EE49" w14:textId="77777777" w:rsidTr="00B577BC">
        <w:trPr>
          <w:trHeight w:val="454"/>
        </w:trPr>
        <w:tc>
          <w:tcPr>
            <w:tcW w:w="2600" w:type="dxa"/>
            <w:vAlign w:val="center"/>
          </w:tcPr>
          <w:p w14:paraId="20632692" w14:textId="77777777" w:rsidR="00EA0F8D" w:rsidRDefault="00000000">
            <w:pPr>
              <w:spacing w:after="0"/>
            </w:pPr>
            <w:r>
              <w:rPr>
                <w:sz w:val="20"/>
              </w:rPr>
              <w:t>Address</w:t>
            </w:r>
          </w:p>
        </w:tc>
        <w:tc>
          <w:tcPr>
            <w:tcW w:w="3795" w:type="dxa"/>
            <w:gridSpan w:val="2"/>
          </w:tcPr>
          <w:p w14:paraId="16CB66CA" w14:textId="77777777" w:rsidR="00EA0F8D" w:rsidRDefault="00EA0F8D">
            <w:pPr>
              <w:spacing w:after="0"/>
            </w:pPr>
          </w:p>
        </w:tc>
        <w:tc>
          <w:tcPr>
            <w:tcW w:w="3795" w:type="dxa"/>
          </w:tcPr>
          <w:p w14:paraId="14330C42" w14:textId="77777777" w:rsidR="00EA0F8D" w:rsidRDefault="00EA0F8D">
            <w:pPr>
              <w:spacing w:after="0"/>
            </w:pPr>
          </w:p>
        </w:tc>
      </w:tr>
      <w:tr w:rsidR="00EA0F8D" w14:paraId="6BEDB003" w14:textId="77777777" w:rsidTr="00B577BC">
        <w:trPr>
          <w:trHeight w:val="454"/>
        </w:trPr>
        <w:tc>
          <w:tcPr>
            <w:tcW w:w="2600" w:type="dxa"/>
            <w:vAlign w:val="center"/>
          </w:tcPr>
          <w:p w14:paraId="4BE723BC" w14:textId="77777777" w:rsidR="00EA0F8D" w:rsidRDefault="00000000">
            <w:pPr>
              <w:spacing w:after="0"/>
            </w:pPr>
            <w:r>
              <w:rPr>
                <w:sz w:val="20"/>
              </w:rPr>
              <w:t>Email address</w:t>
            </w:r>
          </w:p>
        </w:tc>
        <w:tc>
          <w:tcPr>
            <w:tcW w:w="3795" w:type="dxa"/>
            <w:gridSpan w:val="2"/>
          </w:tcPr>
          <w:p w14:paraId="7D52CC7E" w14:textId="77777777" w:rsidR="00EA0F8D" w:rsidRDefault="00EA0F8D">
            <w:pPr>
              <w:spacing w:after="0"/>
            </w:pPr>
          </w:p>
        </w:tc>
        <w:tc>
          <w:tcPr>
            <w:tcW w:w="3795" w:type="dxa"/>
          </w:tcPr>
          <w:p w14:paraId="6C7BFEDF" w14:textId="77777777" w:rsidR="00EA0F8D" w:rsidRDefault="00EA0F8D">
            <w:pPr>
              <w:spacing w:after="0"/>
            </w:pPr>
          </w:p>
        </w:tc>
      </w:tr>
      <w:tr w:rsidR="00EA0F8D" w14:paraId="519461CA" w14:textId="77777777" w:rsidTr="00B577BC">
        <w:trPr>
          <w:trHeight w:val="454"/>
        </w:trPr>
        <w:tc>
          <w:tcPr>
            <w:tcW w:w="2600" w:type="dxa"/>
            <w:vAlign w:val="center"/>
          </w:tcPr>
          <w:p w14:paraId="18865ECD" w14:textId="77777777" w:rsidR="00EA0F8D" w:rsidRDefault="00000000">
            <w:pPr>
              <w:spacing w:after="0"/>
            </w:pPr>
            <w:r>
              <w:rPr>
                <w:sz w:val="20"/>
              </w:rPr>
              <w:t>Telephone number</w:t>
            </w:r>
          </w:p>
        </w:tc>
        <w:tc>
          <w:tcPr>
            <w:tcW w:w="3795" w:type="dxa"/>
            <w:gridSpan w:val="2"/>
          </w:tcPr>
          <w:p w14:paraId="75EF8DC0" w14:textId="77777777" w:rsidR="00EA0F8D" w:rsidRDefault="00EA0F8D">
            <w:pPr>
              <w:spacing w:after="0"/>
            </w:pPr>
          </w:p>
        </w:tc>
        <w:tc>
          <w:tcPr>
            <w:tcW w:w="3795" w:type="dxa"/>
          </w:tcPr>
          <w:p w14:paraId="021DF032" w14:textId="77777777" w:rsidR="00EA0F8D" w:rsidRDefault="00EA0F8D">
            <w:pPr>
              <w:spacing w:after="0"/>
            </w:pPr>
          </w:p>
        </w:tc>
      </w:tr>
      <w:tr w:rsidR="00EA0F8D" w14:paraId="1FF3ACC3" w14:textId="77777777" w:rsidTr="00B577BC">
        <w:trPr>
          <w:trHeight w:val="454"/>
        </w:trPr>
        <w:tc>
          <w:tcPr>
            <w:tcW w:w="2600" w:type="dxa"/>
            <w:vAlign w:val="center"/>
          </w:tcPr>
          <w:p w14:paraId="447861FE" w14:textId="77777777" w:rsidR="00EA0F8D" w:rsidRDefault="00000000">
            <w:pPr>
              <w:spacing w:after="0"/>
            </w:pPr>
            <w:r>
              <w:rPr>
                <w:sz w:val="20"/>
              </w:rPr>
              <w:t>Relationship to you</w:t>
            </w:r>
          </w:p>
        </w:tc>
        <w:tc>
          <w:tcPr>
            <w:tcW w:w="3795" w:type="dxa"/>
            <w:gridSpan w:val="2"/>
          </w:tcPr>
          <w:p w14:paraId="5954356C" w14:textId="77777777" w:rsidR="00EA0F8D" w:rsidRDefault="00EA0F8D">
            <w:pPr>
              <w:spacing w:after="0"/>
            </w:pPr>
          </w:p>
        </w:tc>
        <w:tc>
          <w:tcPr>
            <w:tcW w:w="3795" w:type="dxa"/>
          </w:tcPr>
          <w:p w14:paraId="0E925C82" w14:textId="77777777" w:rsidR="00EA0F8D" w:rsidRDefault="00EA0F8D">
            <w:pPr>
              <w:spacing w:after="0"/>
            </w:pPr>
          </w:p>
        </w:tc>
      </w:tr>
      <w:tr w:rsidR="00EA0F8D" w14:paraId="075EC795" w14:textId="77777777" w:rsidTr="00B577BC">
        <w:trPr>
          <w:trHeight w:val="454"/>
        </w:trPr>
        <w:tc>
          <w:tcPr>
            <w:tcW w:w="2600" w:type="dxa"/>
            <w:vAlign w:val="center"/>
          </w:tcPr>
          <w:p w14:paraId="62377DE5" w14:textId="77777777" w:rsidR="00EA0F8D" w:rsidRDefault="00000000">
            <w:pPr>
              <w:spacing w:after="0"/>
            </w:pPr>
            <w:r>
              <w:rPr>
                <w:sz w:val="20"/>
              </w:rPr>
              <w:t>Dates known / employed</w:t>
            </w:r>
          </w:p>
        </w:tc>
        <w:tc>
          <w:tcPr>
            <w:tcW w:w="3795" w:type="dxa"/>
            <w:gridSpan w:val="2"/>
          </w:tcPr>
          <w:p w14:paraId="05E597DB" w14:textId="77777777" w:rsidR="00EA0F8D" w:rsidRDefault="00EA0F8D">
            <w:pPr>
              <w:spacing w:after="0"/>
            </w:pPr>
          </w:p>
        </w:tc>
        <w:tc>
          <w:tcPr>
            <w:tcW w:w="3795" w:type="dxa"/>
          </w:tcPr>
          <w:p w14:paraId="53FF61FB" w14:textId="77777777" w:rsidR="00EA0F8D" w:rsidRDefault="00EA0F8D">
            <w:pPr>
              <w:spacing w:after="0"/>
            </w:pPr>
          </w:p>
        </w:tc>
      </w:tr>
      <w:tr w:rsidR="00EA0F8D" w14:paraId="7D6B34A3" w14:textId="77777777">
        <w:trPr>
          <w:trHeight w:val="454"/>
        </w:trPr>
        <w:tc>
          <w:tcPr>
            <w:tcW w:w="4219" w:type="dxa"/>
            <w:gridSpan w:val="2"/>
            <w:vAlign w:val="center"/>
          </w:tcPr>
          <w:p w14:paraId="5A1B5A19" w14:textId="77777777" w:rsidR="00EA0F8D" w:rsidRDefault="00000000">
            <w:pPr>
              <w:spacing w:after="0"/>
            </w:pPr>
            <w:r>
              <w:rPr>
                <w:sz w:val="20"/>
              </w:rPr>
              <w:t>Do you have any objection to references being taken at the shortlisting stage?</w:t>
            </w:r>
          </w:p>
        </w:tc>
        <w:tc>
          <w:tcPr>
            <w:tcW w:w="5971" w:type="dxa"/>
            <w:gridSpan w:val="2"/>
          </w:tcPr>
          <w:p w14:paraId="665C490C" w14:textId="77777777" w:rsidR="00EA0F8D" w:rsidRDefault="00000000">
            <w:pPr>
              <w:spacing w:after="0"/>
            </w:pPr>
            <w:r>
              <w:rPr>
                <w:color w:val="ED7102"/>
              </w:rPr>
              <w:t xml:space="preserve">☐  </w:t>
            </w:r>
            <w:r>
              <w:rPr>
                <w:sz w:val="20"/>
              </w:rPr>
              <w:t xml:space="preserve">Yes      </w:t>
            </w:r>
            <w:r>
              <w:rPr>
                <w:color w:val="ED7102"/>
              </w:rPr>
              <w:t xml:space="preserve">☐  </w:t>
            </w:r>
            <w:r>
              <w:rPr>
                <w:sz w:val="20"/>
              </w:rPr>
              <w:t>No</w:t>
            </w:r>
          </w:p>
        </w:tc>
      </w:tr>
    </w:tbl>
    <w:p w14:paraId="14CF44E8" w14:textId="77777777" w:rsidR="00EA0F8D" w:rsidRDefault="00000000">
      <w:pPr>
        <w:spacing w:before="200" w:after="80"/>
      </w:pPr>
      <w:r>
        <w:rPr>
          <w:b/>
          <w:color w:val="0084B6"/>
          <w:sz w:val="24"/>
        </w:rPr>
        <w:lastRenderedPageBreak/>
        <w:t>Safeguarding</w:t>
      </w:r>
    </w:p>
    <w:p w14:paraId="6E933D23" w14:textId="77777777" w:rsidR="00EA0F8D" w:rsidRDefault="00000000">
      <w:pPr>
        <w:spacing w:after="160"/>
      </w:pPr>
      <w:r>
        <w:rPr>
          <w:sz w:val="20"/>
        </w:rPr>
        <w:t>This role involves working with children and/or vulnerable adults. It is exempt from the Rehabilitation of Offenders Act 1974, and any appointment is subject to an enhanced DBS check and other safeguarding checks. You do NOT need to disclose any criminal record on this form – this is handled separately if you are offered the role.</w:t>
      </w:r>
    </w:p>
    <w:p w14:paraId="219D6526" w14:textId="77777777" w:rsidR="00EA0F8D" w:rsidRDefault="00000000">
      <w:pPr>
        <w:spacing w:before="200" w:after="80"/>
      </w:pPr>
      <w:r>
        <w:rPr>
          <w:b/>
          <w:color w:val="0084B6"/>
          <w:sz w:val="24"/>
        </w:rPr>
        <w:t>Declaration</w:t>
      </w:r>
    </w:p>
    <w:p w14:paraId="2E3E18D4" w14:textId="77777777" w:rsidR="00EA0F8D" w:rsidRDefault="00000000">
      <w:pPr>
        <w:spacing w:after="160"/>
      </w:pPr>
      <w:r>
        <w:rPr>
          <w:sz w:val="20"/>
        </w:rPr>
        <w:t>I declare that, to the best of my knowledge and belief, the information on this form is accurate and complete. I understand that giving false information, or omitting relevant information, may lead to the withdrawal of an offer or the termination of employment. This information is processed in accordance with the UK GDPR and the Data Protection Act 2018; if I am appointed it forms part of my employment record, and otherwise it is destroyed approximately six months after the vacancy is filled. Full details are in our candidate privacy notice.</w:t>
      </w:r>
    </w:p>
    <w:p w14:paraId="1F4B556F" w14:textId="77777777" w:rsidR="00EA0F8D" w:rsidRDefault="00EA0F8D">
      <w:pPr>
        <w:spacing w:after="40"/>
      </w:pPr>
    </w:p>
    <w:tbl>
      <w:tblPr>
        <w:tblW w:w="5000" w:type="pct"/>
        <w:tblLook w:val="04A0" w:firstRow="1" w:lastRow="0" w:firstColumn="1" w:lastColumn="0" w:noHBand="0" w:noVBand="1"/>
      </w:tblPr>
      <w:tblGrid>
        <w:gridCol w:w="1142"/>
        <w:gridCol w:w="4580"/>
        <w:gridCol w:w="1005"/>
        <w:gridCol w:w="3463"/>
      </w:tblGrid>
      <w:tr w:rsidR="00EA0F8D" w14:paraId="6E2A1A66" w14:textId="77777777">
        <w:trPr>
          <w:trHeight w:val="360"/>
        </w:trPr>
        <w:tc>
          <w:tcPr>
            <w:tcW w:w="900" w:type="dxa"/>
          </w:tcPr>
          <w:p w14:paraId="281943B0" w14:textId="77777777" w:rsidR="00EA0F8D" w:rsidRDefault="00000000">
            <w:pPr>
              <w:spacing w:after="0"/>
            </w:pPr>
            <w:r>
              <w:rPr>
                <w:b/>
              </w:rPr>
              <w:t>Signed:</w:t>
            </w:r>
          </w:p>
        </w:tc>
        <w:tc>
          <w:tcPr>
            <w:tcW w:w="4100" w:type="dxa"/>
            <w:tcBorders>
              <w:top w:val="single" w:sz="4" w:space="0" w:color="BFBFBF"/>
              <w:left w:val="single" w:sz="4" w:space="0" w:color="BFBFBF"/>
              <w:bottom w:val="single" w:sz="4" w:space="0" w:color="BFBFBF"/>
              <w:right w:val="single" w:sz="4" w:space="0" w:color="BFBFBF"/>
            </w:tcBorders>
          </w:tcPr>
          <w:p w14:paraId="6C4691E6" w14:textId="77777777" w:rsidR="00EA0F8D" w:rsidRDefault="00EA0F8D">
            <w:pPr>
              <w:spacing w:after="0"/>
            </w:pPr>
          </w:p>
        </w:tc>
        <w:tc>
          <w:tcPr>
            <w:tcW w:w="900" w:type="dxa"/>
          </w:tcPr>
          <w:p w14:paraId="6A581206" w14:textId="77777777" w:rsidR="00EA0F8D" w:rsidRDefault="00000000">
            <w:pPr>
              <w:spacing w:after="0"/>
            </w:pPr>
            <w:r>
              <w:rPr>
                <w:b/>
              </w:rPr>
              <w:t>Date:</w:t>
            </w:r>
          </w:p>
        </w:tc>
        <w:tc>
          <w:tcPr>
            <w:tcW w:w="3100" w:type="dxa"/>
            <w:tcBorders>
              <w:top w:val="single" w:sz="4" w:space="0" w:color="BFBFBF"/>
              <w:left w:val="single" w:sz="4" w:space="0" w:color="BFBFBF"/>
              <w:bottom w:val="single" w:sz="4" w:space="0" w:color="BFBFBF"/>
              <w:right w:val="single" w:sz="4" w:space="0" w:color="BFBFBF"/>
            </w:tcBorders>
          </w:tcPr>
          <w:p w14:paraId="4FB8588E" w14:textId="77777777" w:rsidR="00EA0F8D" w:rsidRDefault="00EA0F8D">
            <w:pPr>
              <w:spacing w:after="0"/>
            </w:pPr>
          </w:p>
        </w:tc>
      </w:tr>
    </w:tbl>
    <w:p w14:paraId="60439A96" w14:textId="77777777" w:rsidR="00EA0F8D" w:rsidRDefault="00EA0F8D">
      <w:pPr>
        <w:spacing w:after="80"/>
      </w:pPr>
    </w:p>
    <w:p w14:paraId="1C8E5D1D" w14:textId="77777777" w:rsidR="00EA0F8D" w:rsidRDefault="00EA0F8D">
      <w:pPr>
        <w:spacing w:before="160" w:after="40"/>
      </w:pPr>
    </w:p>
    <w:p w14:paraId="1C96D53D" w14:textId="77777777" w:rsidR="00EA0F8D" w:rsidRDefault="00000000">
      <w:pPr>
        <w:spacing w:after="120"/>
      </w:pPr>
      <w:r>
        <w:rPr>
          <w:i/>
          <w:sz w:val="18"/>
        </w:rPr>
        <w:t>Please return your completed form to the HR Department, BeyondAutism (please confirm the current postal address or apply online). Email: recruitment@beyondautism.org.uk</w:t>
      </w:r>
    </w:p>
    <w:sectPr w:rsidR="00EA0F8D" w:rsidSect="00034616">
      <w:headerReference w:type="even" r:id="rId8"/>
      <w:headerReference w:type="default" r:id="rId9"/>
      <w:footerReference w:type="even" r:id="rId10"/>
      <w:footerReference w:type="default" r:id="rId11"/>
      <w:headerReference w:type="first" r:id="rId12"/>
      <w:footerReference w:type="first" r:id="rId13"/>
      <w:pgSz w:w="12240" w:h="15840"/>
      <w:pgMar w:top="2410" w:right="1110" w:bottom="1985" w:left="1156" w:header="510"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A5B17F" w14:textId="77777777" w:rsidR="00846CBF" w:rsidRDefault="00846CBF">
      <w:pPr>
        <w:spacing w:after="0" w:line="240" w:lineRule="auto"/>
      </w:pPr>
      <w:r>
        <w:separator/>
      </w:r>
    </w:p>
  </w:endnote>
  <w:endnote w:type="continuationSeparator" w:id="0">
    <w:p w14:paraId="5A76E695" w14:textId="77777777" w:rsidR="00846CBF" w:rsidRDefault="00846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CD6D90"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53445C" w14:textId="77777777" w:rsidR="00000000" w:rsidRDefault="00000000">
    <w:pPr>
      <w:pStyle w:val="Footer"/>
    </w:pPr>
    <w:r>
      <w:rPr>
        <w:noProof/>
      </w:rPr>
      <w:drawing>
        <wp:anchor distT="0" distB="0" distL="114300" distR="114300" simplePos="0" relativeHeight="251658240" behindDoc="1" locked="0" layoutInCell="1" allowOverlap="1" wp14:anchorId="38211A33" wp14:editId="6B1AFB75">
          <wp:simplePos x="0" y="0"/>
          <wp:positionH relativeFrom="page">
            <wp:posOffset>-285751</wp:posOffset>
          </wp:positionH>
          <wp:positionV relativeFrom="paragraph">
            <wp:posOffset>-690245</wp:posOffset>
          </wp:positionV>
          <wp:extent cx="7901999" cy="1315649"/>
          <wp:effectExtent l="0" t="0" r="3810" b="0"/>
          <wp:wrapNone/>
          <wp:docPr id="8556174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17457" name="Picture 855617457"/>
                  <pic:cNvPicPr/>
                </pic:nvPicPr>
                <pic:blipFill>
                  <a:blip r:embed="rId1">
                    <a:extLst>
                      <a:ext uri="{28A0092B-C50C-407E-A947-70E740481C1C}">
                        <a14:useLocalDpi xmlns:a14="http://schemas.microsoft.com/office/drawing/2010/main" val="0"/>
                      </a:ext>
                    </a:extLst>
                  </a:blip>
                  <a:stretch>
                    <a:fillRect/>
                  </a:stretch>
                </pic:blipFill>
                <pic:spPr>
                  <a:xfrm>
                    <a:off x="0" y="0"/>
                    <a:ext cx="7916011" cy="1317982"/>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4A3C04" w14:textId="77777777" w:rsidR="00000000" w:rsidRDefault="00000000">
    <w:pPr>
      <w:pStyle w:val="Footer"/>
    </w:pPr>
    <w:r>
      <w:rPr>
        <w:noProof/>
      </w:rPr>
      <w:drawing>
        <wp:anchor distT="0" distB="0" distL="114300" distR="114300" simplePos="0" relativeHeight="251659264" behindDoc="1" locked="0" layoutInCell="1" allowOverlap="1" wp14:anchorId="38211A33" wp14:editId="6B1AFB75">
          <wp:simplePos x="0" y="0"/>
          <wp:positionH relativeFrom="page">
            <wp:posOffset>-285751</wp:posOffset>
          </wp:positionH>
          <wp:positionV relativeFrom="paragraph">
            <wp:posOffset>-690245</wp:posOffset>
          </wp:positionV>
          <wp:extent cx="7901999" cy="1315649"/>
          <wp:effectExtent l="0" t="0" r="3810" b="0"/>
          <wp:wrapNone/>
          <wp:docPr id="19682121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17457" name="Picture 855617457"/>
                  <pic:cNvPicPr/>
                </pic:nvPicPr>
                <pic:blipFill>
                  <a:blip r:embed="rId1">
                    <a:extLst>
                      <a:ext uri="{28A0092B-C50C-407E-A947-70E740481C1C}">
                        <a14:useLocalDpi xmlns:a14="http://schemas.microsoft.com/office/drawing/2010/main" val="0"/>
                      </a:ext>
                    </a:extLst>
                  </a:blip>
                  <a:stretch>
                    <a:fillRect/>
                  </a:stretch>
                </pic:blipFill>
                <pic:spPr>
                  <a:xfrm>
                    <a:off x="0" y="0"/>
                    <a:ext cx="7916011" cy="131798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7B25BA" w14:textId="77777777" w:rsidR="00846CBF" w:rsidRDefault="00846CBF">
      <w:pPr>
        <w:spacing w:after="0" w:line="240" w:lineRule="auto"/>
      </w:pPr>
      <w:r>
        <w:separator/>
      </w:r>
    </w:p>
  </w:footnote>
  <w:footnote w:type="continuationSeparator" w:id="0">
    <w:p w14:paraId="5F7C3C90" w14:textId="77777777" w:rsidR="00846CBF" w:rsidRDefault="00846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148D16"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006BD9" w14:textId="77777777" w:rsidR="00000000" w:rsidRDefault="00000000">
    <w:pPr>
      <w:pStyle w:val="Header"/>
    </w:pPr>
    <w:r>
      <w:rPr>
        <w:noProof/>
        <w:lang w:eastAsia="en-GB"/>
      </w:rPr>
      <w:drawing>
        <wp:anchor distT="0" distB="0" distL="114300" distR="114300" simplePos="0" relativeHeight="251657216" behindDoc="1" locked="0" layoutInCell="1" allowOverlap="1" wp14:anchorId="0D293A5D" wp14:editId="01B0C0BB">
          <wp:simplePos x="0" y="0"/>
          <wp:positionH relativeFrom="column">
            <wp:posOffset>-723499</wp:posOffset>
          </wp:positionH>
          <wp:positionV relativeFrom="page">
            <wp:posOffset>7243</wp:posOffset>
          </wp:positionV>
          <wp:extent cx="7545600" cy="1724400"/>
          <wp:effectExtent l="0" t="0" r="0" b="952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_Continuation_Header.jpg"/>
                  <pic:cNvPicPr/>
                </pic:nvPicPr>
                <pic:blipFill>
                  <a:blip r:embed="rId1" cstate="print">
                    <a:extLst>
                      <a:ext uri="{28A0092B-C50C-407E-A947-70E740481C1C}">
                        <a14:useLocalDpi xmlns:a14="http://schemas.microsoft.com/office/drawing/2010/main"/>
                      </a:ext>
                    </a:extLst>
                  </a:blip>
                  <a:stretch>
                    <a:fillRect/>
                  </a:stretch>
                </pic:blipFill>
                <pic:spPr>
                  <a:xfrm>
                    <a:off x="0" y="0"/>
                    <a:ext cx="7545600" cy="1724400"/>
                  </a:xfrm>
                  <a:prstGeom prst="rect">
                    <a:avLst/>
                  </a:prstGeom>
                </pic:spPr>
              </pic:pic>
            </a:graphicData>
          </a:graphic>
          <wp14:sizeRelH relativeFrom="page">
            <wp14:pctWidth>0</wp14:pctWidth>
          </wp14:sizeRelH>
          <wp14:sizeRelV relativeFrom="page">
            <wp14:pctHeight>0</wp14:pctHeight>
          </wp14:sizeRelV>
        </wp:anchor>
      </w:drawing>
    </w:r>
  </w:p>
  <w:p w14:paraId="1236228D" w14:textId="77777777" w:rsidR="00000000" w:rsidRDefault="00000000">
    <w:pPr>
      <w:pStyle w:val="Header"/>
    </w:pPr>
  </w:p>
  <w:p w14:paraId="41D82FF9" w14:textId="77777777" w:rsidR="00000000" w:rsidRDefault="00000000" w:rsidP="00C67328">
    <w:pPr>
      <w:pStyle w:val="Header"/>
      <w:tabs>
        <w:tab w:val="left" w:pos="6603"/>
      </w:tabs>
    </w:pPr>
    <w:r>
      <w:tab/>
    </w:r>
  </w:p>
  <w:p w14:paraId="1DB53881" w14:textId="77777777" w:rsidR="00000000" w:rsidRDefault="00000000">
    <w:pPr>
      <w:pStyle w:val="Header"/>
    </w:pPr>
  </w:p>
  <w:p w14:paraId="4C45668F" w14:textId="77777777" w:rsidR="00000000" w:rsidRDefault="00000000">
    <w:pPr>
      <w:pStyle w:val="Header"/>
    </w:pPr>
  </w:p>
  <w:p w14:paraId="1D7C508C" w14:textId="77777777" w:rsidR="00000000" w:rsidRDefault="00000000">
    <w:pPr>
      <w:pStyle w:val="Header"/>
    </w:pPr>
  </w:p>
  <w:p w14:paraId="452AC11C" w14:textId="77777777" w:rsidR="00000000" w:rsidRDefault="00000000">
    <w:pPr>
      <w:pStyle w:val="Header"/>
    </w:pPr>
  </w:p>
  <w:p w14:paraId="143F1622" w14:textId="77777777" w:rsidR="00000000" w:rsidRDefault="00000000">
    <w:pPr>
      <w:pStyle w:val="Header"/>
    </w:pPr>
  </w:p>
  <w:p w14:paraId="5340CA5A" w14:textId="77777777" w:rsidR="00000000" w:rsidRDefault="00000000" w:rsidP="001D0ECE">
    <w:pPr>
      <w:pStyle w:val="Header"/>
      <w:tabs>
        <w:tab w:val="clear" w:pos="9360"/>
        <w:tab w:val="right" w:pos="9356"/>
      </w:tabs>
      <w:ind w:right="-33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D83F08" w14:textId="77777777" w:rsidR="00000000" w:rsidRDefault="00000000" w:rsidP="001656B4">
    <w:pPr>
      <w:pStyle w:val="Header"/>
    </w:pPr>
    <w:r>
      <w:rPr>
        <w:noProof/>
        <w:lang w:eastAsia="en-GB"/>
      </w:rPr>
      <w:drawing>
        <wp:anchor distT="0" distB="0" distL="114300" distR="114300" simplePos="0" relativeHeight="251656192" behindDoc="1" locked="0" layoutInCell="1" allowOverlap="1" wp14:anchorId="6F122402" wp14:editId="25FC4F06">
          <wp:simplePos x="0" y="0"/>
          <wp:positionH relativeFrom="column">
            <wp:posOffset>-722489</wp:posOffset>
          </wp:positionH>
          <wp:positionV relativeFrom="page">
            <wp:posOffset>8678</wp:posOffset>
          </wp:positionV>
          <wp:extent cx="7545600" cy="1724400"/>
          <wp:effectExtent l="0" t="0" r="0" b="9525"/>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_Continuation_Header.jpg"/>
                  <pic:cNvPicPr/>
                </pic:nvPicPr>
                <pic:blipFill>
                  <a:blip r:embed="rId1" cstate="print">
                    <a:extLst>
                      <a:ext uri="{28A0092B-C50C-407E-A947-70E740481C1C}">
                        <a14:useLocalDpi xmlns:a14="http://schemas.microsoft.com/office/drawing/2010/main"/>
                      </a:ext>
                    </a:extLst>
                  </a:blip>
                  <a:stretch>
                    <a:fillRect/>
                  </a:stretch>
                </pic:blipFill>
                <pic:spPr>
                  <a:xfrm>
                    <a:off x="0" y="0"/>
                    <a:ext cx="7545600" cy="1724400"/>
                  </a:xfrm>
                  <a:prstGeom prst="rect">
                    <a:avLst/>
                  </a:prstGeom>
                </pic:spPr>
              </pic:pic>
            </a:graphicData>
          </a:graphic>
          <wp14:sizeRelH relativeFrom="page">
            <wp14:pctWidth>0</wp14:pctWidth>
          </wp14:sizeRelH>
          <wp14:sizeRelV relativeFrom="page">
            <wp14:pctHeight>0</wp14:pctHeight>
          </wp14:sizeRelV>
        </wp:anchor>
      </w:drawing>
    </w:r>
  </w:p>
  <w:p w14:paraId="17F6E243" w14:textId="77777777" w:rsidR="00000000" w:rsidRDefault="00000000" w:rsidP="001656B4">
    <w:pPr>
      <w:pStyle w:val="Header"/>
    </w:pPr>
  </w:p>
  <w:p w14:paraId="7552E6D6" w14:textId="77777777" w:rsidR="00000000" w:rsidRPr="001656B4" w:rsidRDefault="00000000" w:rsidP="001656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77687903">
    <w:abstractNumId w:val="8"/>
  </w:num>
  <w:num w:numId="2" w16cid:durableId="871461357">
    <w:abstractNumId w:val="6"/>
  </w:num>
  <w:num w:numId="3" w16cid:durableId="301617132">
    <w:abstractNumId w:val="5"/>
  </w:num>
  <w:num w:numId="4" w16cid:durableId="260798614">
    <w:abstractNumId w:val="4"/>
  </w:num>
  <w:num w:numId="5" w16cid:durableId="1044602786">
    <w:abstractNumId w:val="7"/>
  </w:num>
  <w:num w:numId="6" w16cid:durableId="860581853">
    <w:abstractNumId w:val="3"/>
  </w:num>
  <w:num w:numId="7" w16cid:durableId="1937126676">
    <w:abstractNumId w:val="2"/>
  </w:num>
  <w:num w:numId="8" w16cid:durableId="1135947175">
    <w:abstractNumId w:val="1"/>
  </w:num>
  <w:num w:numId="9" w16cid:durableId="78284973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258A"/>
    <w:rsid w:val="0015074B"/>
    <w:rsid w:val="0029639D"/>
    <w:rsid w:val="00326F90"/>
    <w:rsid w:val="007C4AB2"/>
    <w:rsid w:val="00846CBF"/>
    <w:rsid w:val="00AA1D8D"/>
    <w:rsid w:val="00AD5C52"/>
    <w:rsid w:val="00B47730"/>
    <w:rsid w:val="00B577BC"/>
    <w:rsid w:val="00BD6E10"/>
    <w:rsid w:val="00CB0664"/>
    <w:rsid w:val="00EA0F8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48FEF0"/>
  <w14:defaultImageDpi w14:val="300"/>
  <w15:docId w15:val="{6B2C212B-FA32-4849-8554-4BF9833F2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64636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635</Words>
  <Characters>3623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Candice O'Sullivan</cp:lastModifiedBy>
  <cp:revision>9</cp:revision>
  <dcterms:created xsi:type="dcterms:W3CDTF">2013-12-23T23:15:00Z</dcterms:created>
  <dcterms:modified xsi:type="dcterms:W3CDTF">2026-07-29T13:00:00Z</dcterms:modified>
  <cp:category/>
</cp:coreProperties>
</file>